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52EA5" w:rsidRDefault="0041212B" w14:paraId="00000001" w14:textId="71907E37">
      <w:pPr>
        <w:pStyle w:val="Title"/>
        <w:jc w:val="center"/>
      </w:pPr>
      <w:r w:rsidR="0041212B">
        <w:rPr/>
        <w:t>Formularz zgłoszeniowy do programu inkubacyjnego</w:t>
      </w:r>
    </w:p>
    <w:p w:rsidR="00352EA5" w:rsidRDefault="0041212B" w14:paraId="00000002" w14:textId="77777777">
      <w:pPr>
        <w:jc w:val="center"/>
      </w:pPr>
      <w:r w:rsidRPr="5CC7C2D9" w:rsidR="6A03F988">
        <w:rPr>
          <w:b w:val="1"/>
          <w:bCs w:val="1"/>
          <w:sz w:val="22"/>
          <w:szCs w:val="22"/>
        </w:rPr>
        <w:t>FORT Defence &amp; Dual-Use Incubator</w:t>
      </w:r>
    </w:p>
    <w:p w:rsidR="5CC7C2D9" w:rsidP="5CC7C2D9" w:rsidRDefault="5CC7C2D9" w14:paraId="1C5681AB" w14:textId="27D599F2">
      <w:pPr>
        <w:pStyle w:val="Heading1"/>
        <w:spacing w:before="200" w:after="80"/>
      </w:pPr>
    </w:p>
    <w:p w:rsidR="00352EA5" w:rsidRDefault="0041212B" w14:paraId="00000004" w14:textId="77777777">
      <w:pPr>
        <w:pStyle w:val="Heading1"/>
        <w:spacing w:before="200" w:after="80"/>
      </w:pPr>
      <w:r>
        <w:t>1. Dane podstawowe osoby kontaktowej</w:t>
      </w:r>
    </w:p>
    <w:p w:rsidR="00352EA5" w:rsidRDefault="0041212B" w14:paraId="00000005" w14:textId="77777777">
      <w:pPr>
        <w:spacing w:before="100" w:after="40"/>
      </w:pPr>
      <w:r>
        <w:rPr>
          <w:b/>
          <w:bCs/>
        </w:rPr>
        <w:t>Imię i nazwisko:</w:t>
      </w:r>
    </w:p>
    <w:p w:rsidR="00352EA5" w:rsidRDefault="0041212B" w14:paraId="00000006" w14:textId="77777777">
      <w:pPr>
        <w:spacing w:after="0"/>
      </w:pPr>
      <w:r>
        <w:t>................................................................................................................</w:t>
      </w:r>
    </w:p>
    <w:p w:rsidR="00352EA5" w:rsidRDefault="0041212B" w14:paraId="00000007" w14:textId="77777777">
      <w:pPr>
        <w:spacing w:before="100" w:after="40"/>
      </w:pPr>
      <w:r>
        <w:rPr>
          <w:b/>
          <w:bCs/>
        </w:rPr>
        <w:t>Adres e-mail:</w:t>
      </w:r>
    </w:p>
    <w:p w:rsidR="00352EA5" w:rsidRDefault="0041212B" w14:paraId="00000008" w14:textId="77777777">
      <w:pPr>
        <w:spacing w:after="0"/>
      </w:pPr>
      <w:r>
        <w:t>................................................................................................................</w:t>
      </w:r>
    </w:p>
    <w:p w:rsidR="00352EA5" w:rsidRDefault="0041212B" w14:paraId="00000009" w14:textId="77777777">
      <w:pPr>
        <w:spacing w:before="100" w:after="40"/>
      </w:pPr>
      <w:r>
        <w:rPr>
          <w:b/>
          <w:bCs/>
        </w:rPr>
        <w:t>Numer telefonu:</w:t>
      </w:r>
    </w:p>
    <w:p w:rsidR="00352EA5" w:rsidRDefault="0041212B" w14:paraId="0000000A" w14:textId="77777777">
      <w:pPr>
        <w:spacing w:after="0"/>
      </w:pPr>
      <w:r>
        <w:t>................................................................................................................</w:t>
      </w:r>
    </w:p>
    <w:p w:rsidR="00352EA5" w:rsidRDefault="0041212B" w14:paraId="0000000B" w14:textId="77777777">
      <w:pPr>
        <w:spacing w:before="100" w:after="40"/>
      </w:pPr>
      <w:r>
        <w:rPr>
          <w:b/>
          <w:bCs/>
        </w:rPr>
        <w:t>Miejscowość:</w:t>
      </w:r>
    </w:p>
    <w:p w:rsidR="00352EA5" w:rsidRDefault="0041212B" w14:paraId="0000000C" w14:textId="77777777">
      <w:pPr>
        <w:spacing w:after="0"/>
      </w:pPr>
      <w:r>
        <w:t>................................................................................................................</w:t>
      </w:r>
    </w:p>
    <w:p w:rsidR="00352EA5" w:rsidRDefault="0041212B" w14:paraId="0000000D" w14:textId="77777777">
      <w:pPr>
        <w:spacing w:before="100" w:after="40"/>
      </w:pPr>
      <w:r>
        <w:rPr>
          <w:b/>
          <w:bCs/>
        </w:rPr>
        <w:t>Rola osoby kontaktowej w projekcie:</w:t>
      </w:r>
    </w:p>
    <w:p w:rsidR="00352EA5" w:rsidRDefault="0041212B" w14:paraId="0000000E" w14:textId="77777777">
      <w:pPr>
        <w:spacing w:after="0"/>
        <w:ind w:left="227"/>
      </w:pPr>
      <w:r>
        <w:t xml:space="preserve">- ( ) pomysłodawca </w:t>
      </w:r>
    </w:p>
    <w:p w:rsidR="00352EA5" w:rsidRDefault="0041212B" w14:paraId="0000000F" w14:textId="77777777">
      <w:pPr>
        <w:spacing w:after="0"/>
        <w:ind w:left="227"/>
      </w:pPr>
      <w:r>
        <w:t>- ( ) członek zespołu projektowego</w:t>
      </w:r>
    </w:p>
    <w:p w:rsidR="00352EA5" w:rsidRDefault="0041212B" w14:paraId="00000010" w14:textId="77777777">
      <w:pPr>
        <w:spacing w:after="0"/>
        <w:ind w:left="227"/>
      </w:pPr>
      <w:r>
        <w:t>- ( ) student / doktorant</w:t>
      </w:r>
    </w:p>
    <w:p w:rsidR="00352EA5" w:rsidRDefault="0041212B" w14:paraId="00000011" w14:textId="77777777">
      <w:pPr>
        <w:spacing w:after="0"/>
        <w:ind w:left="227"/>
      </w:pPr>
      <w:r>
        <w:t>- ( ) pracownik naukowy / badacz</w:t>
      </w:r>
    </w:p>
    <w:p w:rsidR="00352EA5" w:rsidRDefault="0041212B" w14:paraId="00000012" w14:textId="77777777">
      <w:pPr>
        <w:spacing w:after="0"/>
        <w:ind w:left="227"/>
      </w:pPr>
      <w:r>
        <w:t>- ( ) członek koła naukowego</w:t>
      </w:r>
    </w:p>
    <w:p w:rsidR="00352EA5" w:rsidRDefault="0041212B" w14:paraId="00000013" w14:textId="77777777">
      <w:pPr>
        <w:spacing w:after="0"/>
        <w:ind w:left="227"/>
      </w:pPr>
      <w:r w:rsidR="6A03F988">
        <w:rPr/>
        <w:t>- ( ) inna: ............................................................</w:t>
      </w:r>
    </w:p>
    <w:p w:rsidR="5CC7C2D9" w:rsidP="5CC7C2D9" w:rsidRDefault="5CC7C2D9" w14:paraId="7541C510" w14:textId="43C6D08F">
      <w:pPr>
        <w:pStyle w:val="Heading1"/>
        <w:spacing w:before="200" w:after="80"/>
      </w:pPr>
    </w:p>
    <w:p w:rsidR="00352EA5" w:rsidRDefault="0041212B" w14:paraId="00000014" w14:textId="77777777">
      <w:pPr>
        <w:pStyle w:val="Heading1"/>
        <w:spacing w:before="200" w:after="80"/>
      </w:pPr>
      <w:r>
        <w:t>2. Status Aplikującego</w:t>
      </w:r>
    </w:p>
    <w:p w:rsidR="00352EA5" w:rsidRDefault="0041212B" w14:paraId="00000015" w14:textId="77777777">
      <w:pPr>
        <w:spacing w:before="100" w:after="40"/>
      </w:pPr>
      <w:r>
        <w:rPr>
          <w:b/>
          <w:bCs/>
        </w:rPr>
        <w:t>Proszę zaznaczyć właściwe:</w:t>
      </w:r>
    </w:p>
    <w:p w:rsidR="00352EA5" w:rsidRDefault="0041212B" w14:paraId="00000016" w14:textId="77777777">
      <w:pPr>
        <w:spacing w:after="0"/>
        <w:ind w:left="227"/>
      </w:pPr>
      <w:r>
        <w:t>- ( ) osoba fizyczna</w:t>
      </w:r>
    </w:p>
    <w:p w:rsidR="00352EA5" w:rsidRDefault="0041212B" w14:paraId="00000017" w14:textId="77777777">
      <w:pPr>
        <w:spacing w:after="0"/>
        <w:ind w:left="227"/>
      </w:pPr>
      <w:r>
        <w:t>- ( ) zespół osób fizycznych</w:t>
      </w:r>
    </w:p>
    <w:p w:rsidR="00352EA5" w:rsidRDefault="0041212B" w14:paraId="00000018" w14:textId="77777777">
      <w:pPr>
        <w:spacing w:before="100" w:after="40"/>
      </w:pPr>
      <w:r>
        <w:rPr>
          <w:b/>
          <w:bCs/>
        </w:rPr>
        <w:t>Nazwa zespołu / projektu:</w:t>
      </w:r>
    </w:p>
    <w:p w:rsidR="00352EA5" w:rsidRDefault="0041212B" w14:paraId="00000019" w14:textId="77777777">
      <w:pPr>
        <w:spacing w:after="0"/>
      </w:pPr>
      <w:r>
        <w:t>................................................................................................................</w:t>
      </w:r>
    </w:p>
    <w:p w:rsidR="00352EA5" w:rsidRDefault="0041212B" w14:paraId="0000001A" w14:textId="77777777">
      <w:pPr>
        <w:spacing w:before="100" w:after="40"/>
      </w:pPr>
      <w:r>
        <w:rPr>
          <w:b/>
          <w:bCs/>
        </w:rPr>
        <w:t>W przypadku zespołu — liczba osób w zespole:</w:t>
      </w:r>
    </w:p>
    <w:p w:rsidR="00352EA5" w:rsidRDefault="0041212B" w14:paraId="0000001B" w14:textId="77777777">
      <w:pPr>
        <w:spacing w:after="0"/>
        <w:ind w:left="227"/>
      </w:pPr>
      <w:r>
        <w:t>- ( ) 1 osoba</w:t>
      </w:r>
    </w:p>
    <w:p w:rsidR="00352EA5" w:rsidRDefault="0041212B" w14:paraId="0000001C" w14:textId="77777777">
      <w:pPr>
        <w:spacing w:after="0"/>
        <w:ind w:left="227"/>
      </w:pPr>
      <w:r>
        <w:t>- ( ) 2 osoby</w:t>
      </w:r>
    </w:p>
    <w:p w:rsidR="00352EA5" w:rsidRDefault="0041212B" w14:paraId="0000001D" w14:textId="77777777">
      <w:pPr>
        <w:spacing w:after="0"/>
        <w:ind w:left="227"/>
      </w:pPr>
      <w:r>
        <w:t>- ( ) 3–5 osób</w:t>
      </w:r>
    </w:p>
    <w:p w:rsidR="00352EA5" w:rsidRDefault="0041212B" w14:paraId="0000001E" w14:textId="77777777">
      <w:pPr>
        <w:spacing w:after="0"/>
        <w:ind w:left="227"/>
      </w:pPr>
      <w:r w:rsidR="6A03F988">
        <w:rPr/>
        <w:t>- ( ) więcej niż 5 osób</w:t>
      </w:r>
    </w:p>
    <w:p w:rsidR="5CC7C2D9" w:rsidP="7C14C0D3" w:rsidRDefault="5CC7C2D9" w14:paraId="2B8048C7" w14:textId="0D838AC5">
      <w:pPr>
        <w:pStyle w:val="Normal"/>
        <w:spacing w:before="200" w:after="80"/>
      </w:pPr>
    </w:p>
    <w:p w:rsidR="00352EA5" w:rsidRDefault="0041212B" w14:paraId="0000001F" w14:textId="77777777">
      <w:pPr>
        <w:pStyle w:val="Heading1"/>
        <w:spacing w:before="200" w:after="80"/>
      </w:pPr>
      <w:r>
        <w:t>3. Informacje o projekcie</w:t>
      </w:r>
    </w:p>
    <w:p w:rsidR="00352EA5" w:rsidRDefault="0041212B" w14:paraId="00000020" w14:textId="77777777">
      <w:pPr>
        <w:spacing w:before="100" w:after="40"/>
      </w:pPr>
      <w:r>
        <w:rPr>
          <w:b/>
          <w:bCs/>
        </w:rPr>
        <w:t>Nazwa projektu / rozwiązania / technologii:</w:t>
      </w:r>
    </w:p>
    <w:p w:rsidR="00352EA5" w:rsidRDefault="0041212B" w14:paraId="00000021" w14:textId="77777777">
      <w:pPr>
        <w:spacing w:after="0"/>
      </w:pPr>
      <w:r>
        <w:t>................................................................................................................</w:t>
      </w:r>
    </w:p>
    <w:p w:rsidR="00352EA5" w:rsidRDefault="0041212B" w14:paraId="00000022" w14:textId="77777777">
      <w:pPr>
        <w:spacing w:before="100" w:after="40"/>
      </w:pPr>
      <w:r>
        <w:rPr>
          <w:b/>
          <w:bCs/>
        </w:rPr>
        <w:t>Krótki opis projektu — czym jest rozwiązanie?</w:t>
      </w:r>
      <w:r>
        <w:br/>
      </w:r>
      <w:r>
        <w:rPr>
          <w:i/>
          <w:iCs/>
          <w:sz w:val="18"/>
          <w:szCs w:val="18"/>
        </w:rPr>
        <w:t>maks. 700 znaków ze spacjami</w:t>
      </w:r>
    </w:p>
    <w:p w:rsidR="00352EA5" w:rsidRDefault="0041212B" w14:paraId="00000023" w14:textId="77777777">
      <w:pPr>
        <w:spacing w:after="0"/>
      </w:pPr>
      <w:r>
        <w:t>................................................................................................................</w:t>
      </w:r>
    </w:p>
    <w:p w:rsidR="00352EA5" w:rsidRDefault="0041212B" w14:paraId="00000024" w14:textId="77777777">
      <w:pPr>
        <w:spacing w:after="0"/>
      </w:pPr>
      <w:r>
        <w:t>................................................................................................................</w:t>
      </w:r>
    </w:p>
    <w:p w:rsidR="00352EA5" w:rsidRDefault="0041212B" w14:paraId="00000025" w14:textId="77777777">
      <w:pPr>
        <w:spacing w:after="0"/>
      </w:pPr>
      <w:r>
        <w:t>................................................................................................................</w:t>
      </w:r>
    </w:p>
    <w:p w:rsidR="00352EA5" w:rsidRDefault="0041212B" w14:paraId="00000026" w14:textId="77777777">
      <w:pPr>
        <w:spacing w:before="100" w:after="40"/>
      </w:pPr>
      <w:r>
        <w:rPr>
          <w:b/>
          <w:bCs/>
        </w:rPr>
        <w:t>Na jakim etapie jest obecnie projekt?</w:t>
      </w:r>
    </w:p>
    <w:p w:rsidR="00352EA5" w:rsidRDefault="0041212B" w14:paraId="00000027" w14:textId="77777777">
      <w:pPr>
        <w:spacing w:after="0"/>
        <w:ind w:left="227"/>
      </w:pPr>
      <w:r>
        <w:t>- ( ) pomysł / koncepcja</w:t>
      </w:r>
    </w:p>
    <w:p w:rsidR="00352EA5" w:rsidRDefault="0041212B" w14:paraId="00000028" w14:textId="77777777">
      <w:pPr>
        <w:spacing w:after="0"/>
        <w:ind w:left="227"/>
      </w:pPr>
      <w:r>
        <w:t>- ( ) projekt badawczy</w:t>
      </w:r>
    </w:p>
    <w:p w:rsidR="00352EA5" w:rsidRDefault="0041212B" w14:paraId="00000029" w14:textId="77777777">
      <w:pPr>
        <w:spacing w:after="0"/>
        <w:ind w:left="227"/>
      </w:pPr>
      <w:r>
        <w:t>- ( ) projekt studencki / koło naukowe</w:t>
      </w:r>
    </w:p>
    <w:p w:rsidR="00352EA5" w:rsidRDefault="0041212B" w14:paraId="0000002A" w14:textId="77777777">
      <w:pPr>
        <w:spacing w:after="0"/>
        <w:ind w:left="227"/>
      </w:pPr>
      <w:r>
        <w:t>- ( ) wstępny prototyp</w:t>
      </w:r>
    </w:p>
    <w:p w:rsidR="00352EA5" w:rsidRDefault="0041212B" w14:paraId="0000002B" w14:textId="77777777">
      <w:pPr>
        <w:spacing w:after="0"/>
        <w:ind w:left="227"/>
      </w:pPr>
      <w:r>
        <w:t>- ( ) prototyp testowany wewnętrznie</w:t>
      </w:r>
    </w:p>
    <w:p w:rsidR="00352EA5" w:rsidRDefault="0041212B" w14:paraId="0000002C" w14:textId="77777777">
      <w:pPr>
        <w:spacing w:after="0"/>
        <w:ind w:left="227"/>
      </w:pPr>
      <w:r>
        <w:t>- ( ) prototyp testowany z użytkownikiem / partnerem</w:t>
      </w:r>
    </w:p>
    <w:p w:rsidR="00352EA5" w:rsidRDefault="0041212B" w14:paraId="0000002D" w14:textId="77777777">
      <w:pPr>
        <w:spacing w:after="0"/>
        <w:ind w:left="227"/>
      </w:pPr>
      <w:r>
        <w:t>- ( ) MVP / pierwsza wersja produktu</w:t>
      </w:r>
    </w:p>
    <w:p w:rsidR="00352EA5" w:rsidRDefault="0041212B" w14:paraId="0000002E" w14:textId="77777777">
      <w:pPr>
        <w:spacing w:after="0"/>
        <w:ind w:left="227"/>
      </w:pPr>
      <w:r>
        <w:t>- ( ) rozwiązanie wdrożone komercyjnie</w:t>
      </w:r>
    </w:p>
    <w:p w:rsidR="00352EA5" w:rsidRDefault="0041212B" w14:paraId="0000002F" w14:textId="77777777">
      <w:pPr>
        <w:spacing w:after="0"/>
        <w:ind w:left="227"/>
      </w:pPr>
      <w:r>
        <w:t>- ( ) inny etap: ............................................................</w:t>
      </w:r>
    </w:p>
    <w:p w:rsidR="00352EA5" w:rsidRDefault="0041212B" w14:paraId="00000030" w14:textId="77777777">
      <w:pPr>
        <w:spacing w:before="100" w:after="40"/>
      </w:pPr>
      <w:r>
        <w:rPr>
          <w:b/>
          <w:bCs/>
        </w:rPr>
        <w:t>Czy projekt był już wcześniej rozwijany w ramach programu, grantu, konkursu, akceleratora lub współpracy z partnerem?</w:t>
      </w:r>
    </w:p>
    <w:p w:rsidR="00352EA5" w:rsidRDefault="0041212B" w14:paraId="00000031" w14:textId="77777777">
      <w:pPr>
        <w:spacing w:after="0"/>
        <w:ind w:left="227"/>
      </w:pPr>
      <w:r>
        <w:t>- ( ) tak</w:t>
      </w:r>
    </w:p>
    <w:p w:rsidR="00352EA5" w:rsidRDefault="0041212B" w14:paraId="00000032" w14:textId="77777777">
      <w:pPr>
        <w:spacing w:after="0"/>
        <w:ind w:left="227"/>
      </w:pPr>
      <w:r>
        <w:t>- ( ) nie</w:t>
      </w:r>
    </w:p>
    <w:p w:rsidR="00352EA5" w:rsidRDefault="0041212B" w14:paraId="00000033" w14:textId="77777777">
      <w:pPr>
        <w:spacing w:before="100" w:after="40"/>
      </w:pPr>
      <w:r>
        <w:rPr>
          <w:b/>
          <w:bCs/>
        </w:rPr>
        <w:t>Jeżeli tak, proszę krótko opisać:</w:t>
      </w:r>
    </w:p>
    <w:p w:rsidR="00352EA5" w:rsidRDefault="0041212B" w14:paraId="00000034" w14:textId="77777777">
      <w:pPr>
        <w:spacing w:after="0"/>
      </w:pPr>
      <w:r>
        <w:t>................................................................................................................</w:t>
      </w:r>
    </w:p>
    <w:p w:rsidR="00352EA5" w:rsidRDefault="0041212B" w14:paraId="00000035" w14:textId="77777777">
      <w:pPr>
        <w:spacing w:after="0"/>
      </w:pPr>
      <w:r w:rsidR="6A03F988">
        <w:rPr/>
        <w:t>................................................................................................................</w:t>
      </w:r>
    </w:p>
    <w:p w:rsidR="5CC7C2D9" w:rsidP="5CC7C2D9" w:rsidRDefault="5CC7C2D9" w14:paraId="196D3ABB" w14:textId="1E4401CC">
      <w:pPr>
        <w:spacing w:after="0"/>
      </w:pPr>
    </w:p>
    <w:p w:rsidR="00352EA5" w:rsidRDefault="0041212B" w14:paraId="00000036" w14:textId="77777777">
      <w:pPr>
        <w:pStyle w:val="Heading1"/>
        <w:spacing w:before="200" w:after="80"/>
      </w:pPr>
      <w:r>
        <w:t>4. Obszar technologiczny projektu</w:t>
      </w:r>
    </w:p>
    <w:p w:rsidR="00352EA5" w:rsidRDefault="0041212B" w14:paraId="00000037" w14:textId="77777777">
      <w:pPr>
        <w:spacing w:before="100" w:after="40"/>
      </w:pPr>
      <w:r>
        <w:rPr>
          <w:b/>
          <w:bCs/>
        </w:rPr>
        <w:t>Proszę zaznaczyć obszary najlepiej pasujące do projektu:</w:t>
      </w:r>
    </w:p>
    <w:p w:rsidR="00352EA5" w:rsidRDefault="0041212B" w14:paraId="00000038" w14:textId="77777777">
      <w:pPr>
        <w:spacing w:after="0"/>
        <w:ind w:left="227"/>
      </w:pPr>
      <w:r>
        <w:t>- ( ) technologie defence</w:t>
      </w:r>
    </w:p>
    <w:p w:rsidR="00352EA5" w:rsidRDefault="0041212B" w14:paraId="00000039" w14:textId="77777777">
      <w:pPr>
        <w:spacing w:after="0"/>
        <w:ind w:left="227"/>
      </w:pPr>
      <w:r>
        <w:t>- ( ) technologie dual-use</w:t>
      </w:r>
    </w:p>
    <w:p w:rsidR="00352EA5" w:rsidRDefault="0041212B" w14:paraId="0000003A" w14:textId="77777777">
      <w:pPr>
        <w:spacing w:after="0"/>
        <w:ind w:left="227"/>
      </w:pPr>
      <w:r>
        <w:t>- ( ) bezpieczeństwo i odporność państwa</w:t>
      </w:r>
    </w:p>
    <w:p w:rsidR="00352EA5" w:rsidRDefault="0041212B" w14:paraId="0000003B" w14:textId="77777777">
      <w:pPr>
        <w:spacing w:after="0"/>
        <w:ind w:left="227"/>
      </w:pPr>
      <w:r>
        <w:t>- ( ) cyberbezpieczeństwo</w:t>
      </w:r>
    </w:p>
    <w:p w:rsidR="00352EA5" w:rsidRDefault="0041212B" w14:paraId="0000003C" w14:textId="77777777">
      <w:pPr>
        <w:spacing w:after="0"/>
        <w:ind w:left="227"/>
      </w:pPr>
      <w:r>
        <w:t>- ( ) AI / analiza danych</w:t>
      </w:r>
    </w:p>
    <w:p w:rsidR="00352EA5" w:rsidRDefault="0041212B" w14:paraId="0000003D" w14:textId="77777777">
      <w:pPr>
        <w:spacing w:after="0"/>
        <w:ind w:left="227"/>
      </w:pPr>
      <w:r>
        <w:t>- ( ) drony / systemy bezzałogowe</w:t>
      </w:r>
    </w:p>
    <w:p w:rsidR="00352EA5" w:rsidRDefault="0041212B" w14:paraId="0000003E" w14:textId="77777777">
      <w:pPr>
        <w:spacing w:after="0"/>
        <w:ind w:left="227"/>
      </w:pPr>
      <w:r>
        <w:t>- ( ) cUAS / systemy antydronowe</w:t>
      </w:r>
    </w:p>
    <w:p w:rsidR="00352EA5" w:rsidRDefault="0041212B" w14:paraId="0000003F" w14:textId="77777777">
      <w:pPr>
        <w:spacing w:after="0"/>
        <w:ind w:left="227"/>
      </w:pPr>
      <w:r>
        <w:t>- ( ) robotyka / autonomia</w:t>
      </w:r>
    </w:p>
    <w:p w:rsidR="00352EA5" w:rsidRDefault="0041212B" w14:paraId="00000040" w14:textId="77777777">
      <w:pPr>
        <w:spacing w:after="0"/>
        <w:ind w:left="227"/>
      </w:pPr>
      <w:r>
        <w:t>- ( ) sensory / rozpoznanie / ISR</w:t>
      </w:r>
    </w:p>
    <w:p w:rsidR="00352EA5" w:rsidRDefault="0041212B" w14:paraId="00000041" w14:textId="77777777">
      <w:pPr>
        <w:spacing w:after="0"/>
        <w:ind w:left="227"/>
      </w:pPr>
      <w:r>
        <w:t>- ( ) łączność / komunikacja</w:t>
      </w:r>
    </w:p>
    <w:p w:rsidR="00352EA5" w:rsidRDefault="0041212B" w14:paraId="00000042" w14:textId="77777777">
      <w:pPr>
        <w:spacing w:after="0"/>
        <w:ind w:left="227"/>
      </w:pPr>
      <w:r>
        <w:t>- ( ) technologie kosmiczne / satelitarne</w:t>
      </w:r>
    </w:p>
    <w:p w:rsidR="00352EA5" w:rsidRDefault="0041212B" w14:paraId="00000043" w14:textId="77777777">
      <w:pPr>
        <w:spacing w:after="0"/>
        <w:ind w:left="227"/>
      </w:pPr>
      <w:r>
        <w:t>- ( ) energetyka / odporność infrastruktury</w:t>
      </w:r>
    </w:p>
    <w:p w:rsidR="00352EA5" w:rsidRDefault="0041212B" w14:paraId="00000044" w14:textId="77777777">
      <w:pPr>
        <w:spacing w:after="0"/>
        <w:ind w:left="227"/>
      </w:pPr>
      <w:r>
        <w:t>- ( ) logistyka / produkcja / manufacturing</w:t>
      </w:r>
    </w:p>
    <w:p w:rsidR="00352EA5" w:rsidRDefault="0041212B" w14:paraId="00000045" w14:textId="77777777">
      <w:pPr>
        <w:spacing w:after="0"/>
        <w:ind w:left="227"/>
      </w:pPr>
      <w:r>
        <w:t>- ( ) materiały / hardware / elektronika</w:t>
      </w:r>
    </w:p>
    <w:p w:rsidR="00352EA5" w:rsidRDefault="0041212B" w14:paraId="00000046" w14:textId="77777777">
      <w:pPr>
        <w:spacing w:after="0"/>
        <w:ind w:left="227"/>
      </w:pPr>
      <w:r>
        <w:t>- ( ) medycyna / ratownictwo / bezpieczeństwo ludzi</w:t>
      </w:r>
    </w:p>
    <w:p w:rsidR="00352EA5" w:rsidRDefault="0041212B" w14:paraId="00000047" w14:textId="77777777">
      <w:pPr>
        <w:spacing w:after="0"/>
        <w:ind w:left="227"/>
      </w:pPr>
      <w:r w:rsidR="6A03F988">
        <w:rPr/>
        <w:t>- ( ) inne: ............................................................</w:t>
      </w:r>
    </w:p>
    <w:p w:rsidR="5CC7C2D9" w:rsidP="5CC7C2D9" w:rsidRDefault="5CC7C2D9" w14:paraId="6F5900A6" w14:textId="4FA2CC39">
      <w:pPr>
        <w:spacing w:after="0"/>
        <w:ind w:left="227"/>
      </w:pPr>
    </w:p>
    <w:p w:rsidR="00352EA5" w:rsidRDefault="0041212B" w14:paraId="00000048" w14:textId="77777777">
      <w:pPr>
        <w:pStyle w:val="Heading1"/>
        <w:spacing w:before="200" w:after="80"/>
      </w:pPr>
      <w:r>
        <w:t>5. Adekwatność projektu do obszaru defence / dual-use</w:t>
      </w:r>
    </w:p>
    <w:p w:rsidR="00352EA5" w:rsidRDefault="0041212B" w14:paraId="00000049" w14:textId="77777777">
      <w:pPr>
        <w:spacing w:before="100" w:after="40"/>
      </w:pPr>
      <w:r>
        <w:rPr>
          <w:b/>
          <w:bCs/>
        </w:rPr>
        <w:t>W jaki sposób projekt może wpisywać się w obszar obronności, bezpieczeństwa, odporności państwa lub technologii podwójnego zastosowania?</w:t>
      </w:r>
      <w:r>
        <w:br/>
      </w:r>
      <w:r>
        <w:rPr>
          <w:i/>
          <w:iCs/>
          <w:sz w:val="18"/>
          <w:szCs w:val="18"/>
        </w:rPr>
        <w:t>maks. 1000 znaków ze spacjami</w:t>
      </w:r>
    </w:p>
    <w:p w:rsidR="00352EA5" w:rsidRDefault="0041212B" w14:paraId="0000004A" w14:textId="77777777">
      <w:pPr>
        <w:spacing w:after="0"/>
      </w:pPr>
      <w:r>
        <w:t>................................................................................................................</w:t>
      </w:r>
    </w:p>
    <w:p w:rsidR="00352EA5" w:rsidRDefault="0041212B" w14:paraId="0000004B" w14:textId="77777777">
      <w:pPr>
        <w:spacing w:after="0"/>
      </w:pPr>
      <w:r>
        <w:t>................................................................................................................</w:t>
      </w:r>
    </w:p>
    <w:p w:rsidR="00352EA5" w:rsidRDefault="0041212B" w14:paraId="0000004C" w14:textId="77777777">
      <w:pPr>
        <w:spacing w:after="0"/>
      </w:pPr>
      <w:r>
        <w:t>................................................................................................................</w:t>
      </w:r>
    </w:p>
    <w:p w:rsidR="00352EA5" w:rsidRDefault="0041212B" w14:paraId="0000004D" w14:textId="77777777">
      <w:pPr>
        <w:spacing w:after="0"/>
      </w:pPr>
      <w:r>
        <w:t>................................................................................................................</w:t>
      </w:r>
    </w:p>
    <w:p w:rsidR="00352EA5" w:rsidRDefault="0041212B" w14:paraId="0000004E" w14:textId="77777777">
      <w:pPr>
        <w:spacing w:before="100" w:after="40"/>
      </w:pPr>
      <w:r>
        <w:rPr>
          <w:b/>
          <w:bCs/>
        </w:rPr>
        <w:t>Czy rozwiązanie ma potencjalne zastosowanie:</w:t>
      </w:r>
    </w:p>
    <w:p w:rsidR="00352EA5" w:rsidRDefault="0041212B" w14:paraId="0000004F" w14:textId="77777777">
      <w:pPr>
        <w:spacing w:after="0"/>
        <w:ind w:left="227"/>
      </w:pPr>
      <w:r>
        <w:t>- ( ) wyłącznie cywilne</w:t>
      </w:r>
    </w:p>
    <w:p w:rsidR="00352EA5" w:rsidRDefault="0041212B" w14:paraId="00000050" w14:textId="77777777">
      <w:pPr>
        <w:spacing w:after="0"/>
        <w:ind w:left="227"/>
      </w:pPr>
      <w:r>
        <w:t>- ( ) cywilne z możliwym zastosowaniem defence / dual-use</w:t>
      </w:r>
    </w:p>
    <w:p w:rsidR="00352EA5" w:rsidRDefault="0041212B" w14:paraId="00000051" w14:textId="77777777">
      <w:pPr>
        <w:spacing w:after="0"/>
        <w:ind w:left="227"/>
      </w:pPr>
      <w:r>
        <w:t>- ( ) defence / security od początku</w:t>
      </w:r>
    </w:p>
    <w:p w:rsidR="00352EA5" w:rsidRDefault="0041212B" w14:paraId="00000052" w14:textId="77777777">
      <w:pPr>
        <w:spacing w:before="100" w:after="40"/>
      </w:pPr>
      <w:r>
        <w:rPr>
          <w:b/>
          <w:bCs/>
        </w:rPr>
        <w:t>Proszę wskazać potencjalne zastosowania cywilne i/lub obronne:</w:t>
      </w:r>
    </w:p>
    <w:p w:rsidR="00352EA5" w:rsidRDefault="0041212B" w14:paraId="00000053" w14:textId="77777777">
      <w:pPr>
        <w:spacing w:after="0"/>
      </w:pPr>
      <w:r>
        <w:t>................................................................................................................</w:t>
      </w:r>
    </w:p>
    <w:p w:rsidR="00352EA5" w:rsidRDefault="0041212B" w14:paraId="00000054" w14:textId="77777777">
      <w:pPr>
        <w:spacing w:after="0"/>
      </w:pPr>
      <w:r w:rsidR="6A03F988">
        <w:rPr/>
        <w:t>................................................................................................................</w:t>
      </w:r>
    </w:p>
    <w:p w:rsidR="5CC7C2D9" w:rsidP="5CC7C2D9" w:rsidRDefault="5CC7C2D9" w14:paraId="1E33C0D5" w14:textId="5CD96872">
      <w:pPr>
        <w:spacing w:after="0"/>
      </w:pPr>
    </w:p>
    <w:p w:rsidR="00352EA5" w:rsidRDefault="0041212B" w14:paraId="00000055" w14:textId="77777777">
      <w:pPr>
        <w:pStyle w:val="Heading1"/>
        <w:spacing w:before="200" w:after="80"/>
      </w:pPr>
      <w:r>
        <w:t>6. Innowacyjność lub potencjał technologiczny</w:t>
      </w:r>
    </w:p>
    <w:p w:rsidR="00352EA5" w:rsidRDefault="0041212B" w14:paraId="00000056" w14:textId="77777777">
      <w:pPr>
        <w:spacing w:before="100" w:after="40"/>
      </w:pPr>
      <w:r>
        <w:rPr>
          <w:b/>
          <w:bCs/>
        </w:rPr>
        <w:t>Co jest innowacyjne, nowe lub wyróżniające w projekcie?</w:t>
      </w:r>
      <w:r>
        <w:br/>
      </w:r>
      <w:r>
        <w:rPr>
          <w:i/>
          <w:iCs/>
          <w:sz w:val="18"/>
          <w:szCs w:val="18"/>
        </w:rPr>
        <w:t>maks. 1000 znaków ze spacjami</w:t>
      </w:r>
    </w:p>
    <w:p w:rsidR="00352EA5" w:rsidRDefault="0041212B" w14:paraId="00000057" w14:textId="77777777">
      <w:pPr>
        <w:spacing w:after="0"/>
      </w:pPr>
      <w:r>
        <w:t>................................................................................................................</w:t>
      </w:r>
    </w:p>
    <w:p w:rsidR="00352EA5" w:rsidRDefault="0041212B" w14:paraId="00000058" w14:textId="77777777">
      <w:pPr>
        <w:spacing w:after="0"/>
      </w:pPr>
      <w:r>
        <w:t>................................................................................................................</w:t>
      </w:r>
    </w:p>
    <w:p w:rsidR="00352EA5" w:rsidRDefault="0041212B" w14:paraId="00000059" w14:textId="77777777">
      <w:pPr>
        <w:spacing w:after="0"/>
      </w:pPr>
      <w:r>
        <w:t>................................................................................................................</w:t>
      </w:r>
    </w:p>
    <w:p w:rsidR="00352EA5" w:rsidRDefault="0041212B" w14:paraId="0000005A" w14:textId="77777777">
      <w:pPr>
        <w:spacing w:after="0"/>
      </w:pPr>
      <w:r>
        <w:t>................................................................................................................</w:t>
      </w:r>
    </w:p>
    <w:p w:rsidR="00352EA5" w:rsidRDefault="0041212B" w14:paraId="0000005B" w14:textId="77777777">
      <w:pPr>
        <w:spacing w:before="100" w:after="40"/>
      </w:pPr>
      <w:r>
        <w:rPr>
          <w:b/>
          <w:bCs/>
        </w:rPr>
        <w:t>Można odnieść się do:</w:t>
      </w:r>
    </w:p>
    <w:p w:rsidR="00352EA5" w:rsidRDefault="0041212B" w14:paraId="0000005C" w14:textId="77777777">
      <w:pPr>
        <w:spacing w:after="0"/>
        <w:ind w:left="227"/>
      </w:pPr>
      <w:r>
        <w:t>- nowej technologii,</w:t>
      </w:r>
    </w:p>
    <w:p w:rsidR="00352EA5" w:rsidRDefault="0041212B" w14:paraId="0000005D" w14:textId="77777777">
      <w:pPr>
        <w:spacing w:after="0"/>
        <w:ind w:left="227"/>
      </w:pPr>
      <w:r>
        <w:t>- nietypowego zastosowania istniejącej technologii,</w:t>
      </w:r>
    </w:p>
    <w:p w:rsidR="00352EA5" w:rsidRDefault="0041212B" w14:paraId="0000005E" w14:textId="77777777">
      <w:pPr>
        <w:spacing w:after="0"/>
        <w:ind w:left="227"/>
      </w:pPr>
      <w:r>
        <w:t>- usprawnienia procesu,</w:t>
      </w:r>
    </w:p>
    <w:p w:rsidR="00352EA5" w:rsidRDefault="0041212B" w14:paraId="0000005F" w14:textId="77777777">
      <w:pPr>
        <w:spacing w:after="0"/>
        <w:ind w:left="227"/>
      </w:pPr>
      <w:r>
        <w:t>- nowego sposobu rozwiązania problemu,</w:t>
      </w:r>
    </w:p>
    <w:p w:rsidR="00352EA5" w:rsidRDefault="0041212B" w14:paraId="00000060" w14:textId="77777777">
      <w:pPr>
        <w:spacing w:after="0"/>
        <w:ind w:left="227"/>
      </w:pPr>
      <w:r w:rsidR="52AB3B02">
        <w:rPr/>
        <w:t>- połączenia kilku technologii lub kompetencji.</w:t>
      </w:r>
    </w:p>
    <w:p w:rsidR="7C14C0D3" w:rsidP="7C14C0D3" w:rsidRDefault="7C14C0D3" w14:paraId="011C9AB8" w14:textId="019A37A1">
      <w:pPr>
        <w:spacing w:before="100" w:after="40"/>
        <w:rPr>
          <w:b w:val="1"/>
          <w:bCs w:val="1"/>
        </w:rPr>
      </w:pPr>
    </w:p>
    <w:p w:rsidR="7C14C0D3" w:rsidP="7C14C0D3" w:rsidRDefault="7C14C0D3" w14:paraId="5ED9DFB9" w14:textId="22552773">
      <w:pPr>
        <w:spacing w:before="100" w:after="40"/>
        <w:rPr>
          <w:b w:val="1"/>
          <w:bCs w:val="1"/>
        </w:rPr>
      </w:pPr>
    </w:p>
    <w:p w:rsidR="7C14C0D3" w:rsidP="7C14C0D3" w:rsidRDefault="7C14C0D3" w14:paraId="2A46CF70" w14:textId="69BBBBAD">
      <w:pPr>
        <w:spacing w:before="100" w:after="40"/>
        <w:rPr>
          <w:b w:val="1"/>
          <w:bCs w:val="1"/>
        </w:rPr>
      </w:pPr>
    </w:p>
    <w:p w:rsidR="7C14C0D3" w:rsidP="7C14C0D3" w:rsidRDefault="7C14C0D3" w14:paraId="357779CA" w14:textId="11CB84BE">
      <w:pPr>
        <w:spacing w:before="100" w:after="40"/>
        <w:rPr>
          <w:b w:val="1"/>
          <w:bCs w:val="1"/>
        </w:rPr>
      </w:pPr>
    </w:p>
    <w:p w:rsidR="00352EA5" w:rsidRDefault="0041212B" w14:paraId="00000061" w14:textId="77777777">
      <w:pPr>
        <w:spacing w:before="100" w:after="40"/>
      </w:pPr>
      <w:r>
        <w:rPr>
          <w:b/>
          <w:bCs/>
        </w:rPr>
        <w:t>Czy istnieją podobne rozwiązania na rynku?</w:t>
      </w:r>
    </w:p>
    <w:p w:rsidR="00352EA5" w:rsidRDefault="0041212B" w14:paraId="00000062" w14:textId="77777777">
      <w:pPr>
        <w:spacing w:after="0"/>
        <w:ind w:left="227"/>
      </w:pPr>
      <w:r>
        <w:t>- ( ) tak</w:t>
      </w:r>
    </w:p>
    <w:p w:rsidR="00352EA5" w:rsidRDefault="0041212B" w14:paraId="00000063" w14:textId="77777777">
      <w:pPr>
        <w:spacing w:after="0"/>
        <w:ind w:left="227"/>
      </w:pPr>
      <w:r>
        <w:t>- ( ) nie</w:t>
      </w:r>
    </w:p>
    <w:p w:rsidR="00352EA5" w:rsidRDefault="0041212B" w14:paraId="00000064" w14:textId="77777777">
      <w:pPr>
        <w:spacing w:after="0"/>
        <w:ind w:left="227"/>
      </w:pPr>
      <w:r>
        <w:t>- ( ) nie wiem</w:t>
      </w:r>
    </w:p>
    <w:p w:rsidR="00352EA5" w:rsidRDefault="0041212B" w14:paraId="00000065" w14:textId="77777777">
      <w:pPr>
        <w:spacing w:before="100" w:after="40"/>
      </w:pPr>
      <w:r>
        <w:rPr>
          <w:b/>
          <w:bCs/>
        </w:rPr>
        <w:t>Jeżeli tak, czym Państwa rozwiązanie może się różnić?</w:t>
      </w:r>
    </w:p>
    <w:p w:rsidR="00352EA5" w:rsidRDefault="0041212B" w14:paraId="00000066" w14:textId="77777777">
      <w:pPr>
        <w:spacing w:after="0"/>
      </w:pPr>
      <w:r>
        <w:t>................................................................................................................</w:t>
      </w:r>
    </w:p>
    <w:p w:rsidR="00352EA5" w:rsidRDefault="0041212B" w14:paraId="00000067" w14:textId="77777777">
      <w:pPr>
        <w:spacing w:after="0"/>
      </w:pPr>
      <w:r>
        <w:t>................................................................................................................</w:t>
      </w:r>
    </w:p>
    <w:p w:rsidR="00352EA5" w:rsidRDefault="0041212B" w14:paraId="00000068" w14:textId="77777777">
      <w:pPr>
        <w:pStyle w:val="Heading1"/>
        <w:spacing w:before="200" w:after="80"/>
      </w:pPr>
      <w:r>
        <w:t>7. Problem, potrzeba lub wyzwanie</w:t>
      </w:r>
    </w:p>
    <w:p w:rsidR="00352EA5" w:rsidRDefault="0041212B" w14:paraId="00000069" w14:textId="77777777">
      <w:pPr>
        <w:spacing w:before="100" w:after="40"/>
      </w:pPr>
      <w:r>
        <w:rPr>
          <w:b/>
          <w:bCs/>
        </w:rPr>
        <w:t>Jaki problem, potrzebę lub wyzwanie projekt ma rozwiązywać?</w:t>
      </w:r>
      <w:r>
        <w:br/>
      </w:r>
      <w:r>
        <w:rPr>
          <w:i/>
          <w:iCs/>
          <w:sz w:val="18"/>
          <w:szCs w:val="18"/>
        </w:rPr>
        <w:t>maks. 1000 znaków ze spacjami</w:t>
      </w:r>
    </w:p>
    <w:p w:rsidR="00352EA5" w:rsidRDefault="0041212B" w14:paraId="0000006A" w14:textId="77777777">
      <w:pPr>
        <w:spacing w:after="0"/>
      </w:pPr>
      <w:r>
        <w:t>................................................................................................................</w:t>
      </w:r>
    </w:p>
    <w:p w:rsidR="00352EA5" w:rsidRDefault="0041212B" w14:paraId="0000006B" w14:textId="77777777">
      <w:pPr>
        <w:spacing w:after="0"/>
      </w:pPr>
      <w:r>
        <w:t>................................................................................................................</w:t>
      </w:r>
    </w:p>
    <w:p w:rsidR="00352EA5" w:rsidRDefault="0041212B" w14:paraId="0000006C" w14:textId="77777777">
      <w:pPr>
        <w:spacing w:after="0"/>
      </w:pPr>
      <w:r>
        <w:t>................................................................................................................</w:t>
      </w:r>
    </w:p>
    <w:p w:rsidR="00352EA5" w:rsidRDefault="0041212B" w14:paraId="0000006D" w14:textId="77777777">
      <w:pPr>
        <w:spacing w:after="0"/>
      </w:pPr>
      <w:r>
        <w:t>................................................................................................................</w:t>
      </w:r>
    </w:p>
    <w:p w:rsidR="00352EA5" w:rsidRDefault="0041212B" w14:paraId="0000006E" w14:textId="77777777">
      <w:pPr>
        <w:spacing w:before="100" w:after="40"/>
      </w:pPr>
      <w:r>
        <w:rPr>
          <w:b/>
          <w:bCs/>
        </w:rPr>
        <w:t>Dlaczego ten problem może być istotny dla użytkownika, instytucji, rynku, bezpieczeństwa lub odporności państwa?</w:t>
      </w:r>
      <w:r>
        <w:br/>
      </w:r>
      <w:r>
        <w:rPr>
          <w:i/>
          <w:iCs/>
          <w:sz w:val="18"/>
          <w:szCs w:val="18"/>
        </w:rPr>
        <w:t>maks. 700 znaków ze spacjami</w:t>
      </w:r>
    </w:p>
    <w:p w:rsidR="00352EA5" w:rsidRDefault="0041212B" w14:paraId="0000006F" w14:textId="77777777">
      <w:pPr>
        <w:spacing w:after="0"/>
      </w:pPr>
      <w:r>
        <w:t>................................................................................................................</w:t>
      </w:r>
    </w:p>
    <w:p w:rsidR="00352EA5" w:rsidRDefault="0041212B" w14:paraId="00000070" w14:textId="77777777">
      <w:pPr>
        <w:spacing w:after="0"/>
      </w:pPr>
      <w:r>
        <w:t>................................................................................................................</w:t>
      </w:r>
    </w:p>
    <w:p w:rsidR="00352EA5" w:rsidRDefault="0041212B" w14:paraId="00000071" w14:textId="77777777">
      <w:pPr>
        <w:spacing w:after="0"/>
      </w:pPr>
      <w:r>
        <w:t>................................................................................................................</w:t>
      </w:r>
    </w:p>
    <w:p w:rsidR="00352EA5" w:rsidRDefault="0041212B" w14:paraId="00000072" w14:textId="77777777">
      <w:pPr>
        <w:spacing w:before="100" w:after="40"/>
      </w:pPr>
      <w:r>
        <w:rPr>
          <w:b/>
          <w:bCs/>
        </w:rPr>
        <w:t>Czy problem został już w jakiś sposób zweryfikowany?</w:t>
      </w:r>
    </w:p>
    <w:p w:rsidR="00352EA5" w:rsidRDefault="0041212B" w14:paraId="00000073" w14:textId="77777777">
      <w:pPr>
        <w:spacing w:after="0"/>
        <w:ind w:left="227"/>
      </w:pPr>
      <w:r>
        <w:t>- ( ) tak, przez rozmowy z potencjalnymi użytkownikami</w:t>
      </w:r>
    </w:p>
    <w:p w:rsidR="00352EA5" w:rsidRDefault="0041212B" w14:paraId="00000074" w14:textId="77777777">
      <w:pPr>
        <w:spacing w:after="0"/>
        <w:ind w:left="227"/>
      </w:pPr>
      <w:r>
        <w:t>- ( ) tak, przez testy / pilotaż / demonstrację</w:t>
      </w:r>
    </w:p>
    <w:p w:rsidR="00352EA5" w:rsidRDefault="0041212B" w14:paraId="00000075" w14:textId="77777777">
      <w:pPr>
        <w:spacing w:after="0"/>
        <w:ind w:left="227"/>
      </w:pPr>
      <w:r>
        <w:t>- ( ) tak, przez analizę rynku / literatury / raportów</w:t>
      </w:r>
    </w:p>
    <w:p w:rsidR="00352EA5" w:rsidRDefault="0041212B" w14:paraId="00000076" w14:textId="77777777">
      <w:pPr>
        <w:spacing w:after="0"/>
        <w:ind w:left="227"/>
      </w:pPr>
      <w:r>
        <w:t>- ( ) częściowo</w:t>
      </w:r>
    </w:p>
    <w:p w:rsidR="00352EA5" w:rsidRDefault="0041212B" w14:paraId="00000077" w14:textId="77777777">
      <w:pPr>
        <w:spacing w:after="0"/>
        <w:ind w:left="227"/>
      </w:pPr>
      <w:r>
        <w:t>- ( ) jeszcze nie</w:t>
      </w:r>
    </w:p>
    <w:p w:rsidR="00352EA5" w:rsidRDefault="0041212B" w14:paraId="00000078" w14:textId="77777777">
      <w:pPr>
        <w:spacing w:before="100" w:after="40"/>
      </w:pPr>
      <w:r>
        <w:rPr>
          <w:b/>
          <w:bCs/>
        </w:rPr>
        <w:t>Jeżeli tak, proszę krótko opisać:</w:t>
      </w:r>
    </w:p>
    <w:p w:rsidR="00352EA5" w:rsidRDefault="0041212B" w14:paraId="00000079" w14:textId="77777777">
      <w:pPr>
        <w:spacing w:after="0"/>
      </w:pPr>
      <w:r>
        <w:t>................................................................................................................</w:t>
      </w:r>
    </w:p>
    <w:p w:rsidR="00352EA5" w:rsidRDefault="0041212B" w14:paraId="0000007A" w14:textId="77777777">
      <w:pPr>
        <w:spacing w:after="0"/>
      </w:pPr>
      <w:r w:rsidR="6A03F988">
        <w:rPr/>
        <w:t>................................................................................................................</w:t>
      </w:r>
    </w:p>
    <w:p w:rsidR="5CC7C2D9" w:rsidP="5CC7C2D9" w:rsidRDefault="5CC7C2D9" w14:paraId="3708A317" w14:textId="1926C787">
      <w:pPr>
        <w:spacing w:after="0"/>
      </w:pPr>
    </w:p>
    <w:p w:rsidR="00352EA5" w:rsidRDefault="0041212B" w14:paraId="0000007B" w14:textId="77777777">
      <w:pPr>
        <w:pStyle w:val="Heading1"/>
        <w:spacing w:before="200" w:after="80"/>
      </w:pPr>
      <w:r>
        <w:t>8. Potencjalny użytkownik, odbiorca lub scenariusz zastosowania</w:t>
      </w:r>
    </w:p>
    <w:p w:rsidR="00352EA5" w:rsidRDefault="0041212B" w14:paraId="0000007C" w14:textId="77777777">
      <w:pPr>
        <w:spacing w:before="100" w:after="40"/>
      </w:pPr>
      <w:r>
        <w:rPr>
          <w:b/>
          <w:bCs/>
        </w:rPr>
        <w:t>Kto może być potencjalnym użytkownikiem, odbiorcą, klientem lub partnerem dla tego rozwiązania?</w:t>
      </w:r>
      <w:r>
        <w:br/>
      </w:r>
      <w:r>
        <w:rPr>
          <w:i/>
          <w:iCs/>
          <w:sz w:val="18"/>
          <w:szCs w:val="18"/>
        </w:rPr>
        <w:t>maks. 700 znaków ze spacjami</w:t>
      </w:r>
    </w:p>
    <w:p w:rsidR="00352EA5" w:rsidRDefault="0041212B" w14:paraId="0000007D" w14:textId="77777777">
      <w:pPr>
        <w:spacing w:after="0"/>
      </w:pPr>
      <w:r>
        <w:t>................................................................................................................</w:t>
      </w:r>
    </w:p>
    <w:p w:rsidR="00352EA5" w:rsidRDefault="0041212B" w14:paraId="0000007E" w14:textId="77777777">
      <w:pPr>
        <w:spacing w:after="0"/>
      </w:pPr>
      <w:r>
        <w:t>................................................................................................................</w:t>
      </w:r>
    </w:p>
    <w:p w:rsidR="00352EA5" w:rsidRDefault="0041212B" w14:paraId="0000007F" w14:textId="77777777">
      <w:pPr>
        <w:spacing w:after="0"/>
      </w:pPr>
      <w:r w:rsidR="52AB3B02">
        <w:rPr/>
        <w:t>................................................................................................................</w:t>
      </w:r>
    </w:p>
    <w:p w:rsidR="7C14C0D3" w:rsidP="7C14C0D3" w:rsidRDefault="7C14C0D3" w14:paraId="46FFBABC" w14:textId="1FE75B99">
      <w:pPr>
        <w:spacing w:before="100" w:after="40"/>
        <w:rPr>
          <w:b w:val="1"/>
          <w:bCs w:val="1"/>
        </w:rPr>
      </w:pPr>
    </w:p>
    <w:p w:rsidR="7C14C0D3" w:rsidP="7C14C0D3" w:rsidRDefault="7C14C0D3" w14:paraId="5892ACB1" w14:textId="70942271">
      <w:pPr>
        <w:spacing w:before="100" w:after="40"/>
        <w:rPr>
          <w:b w:val="1"/>
          <w:bCs w:val="1"/>
        </w:rPr>
      </w:pPr>
    </w:p>
    <w:p w:rsidR="00352EA5" w:rsidRDefault="0041212B" w14:paraId="00000080" w14:textId="77777777">
      <w:pPr>
        <w:spacing w:before="100" w:after="40"/>
      </w:pPr>
      <w:r>
        <w:rPr>
          <w:b/>
          <w:bCs/>
        </w:rPr>
        <w:t>Proszę opisać przykładowy scenariusz zastosowania rozwiązania.</w:t>
      </w:r>
      <w:r>
        <w:br/>
      </w:r>
      <w:r>
        <w:rPr>
          <w:i/>
          <w:iCs/>
          <w:sz w:val="18"/>
          <w:szCs w:val="18"/>
        </w:rPr>
        <w:t>maks. 1000 znaków ze spacjami</w:t>
      </w:r>
    </w:p>
    <w:p w:rsidR="00352EA5" w:rsidRDefault="0041212B" w14:paraId="00000081" w14:textId="77777777">
      <w:pPr>
        <w:spacing w:after="0"/>
      </w:pPr>
      <w:r>
        <w:t>................................................................................................................</w:t>
      </w:r>
    </w:p>
    <w:p w:rsidR="00352EA5" w:rsidRDefault="0041212B" w14:paraId="00000082" w14:textId="77777777">
      <w:pPr>
        <w:spacing w:after="0"/>
      </w:pPr>
      <w:r>
        <w:t>................................................................................................................</w:t>
      </w:r>
    </w:p>
    <w:p w:rsidR="00352EA5" w:rsidRDefault="0041212B" w14:paraId="00000083" w14:textId="77777777">
      <w:pPr>
        <w:spacing w:after="0"/>
      </w:pPr>
      <w:r>
        <w:t>................................................................................................................</w:t>
      </w:r>
    </w:p>
    <w:p w:rsidR="00352EA5" w:rsidRDefault="0041212B" w14:paraId="00000084" w14:textId="77777777">
      <w:pPr>
        <w:spacing w:after="0"/>
      </w:pPr>
      <w:r w:rsidR="52AB3B02">
        <w:rPr/>
        <w:t>................................................................................................................</w:t>
      </w:r>
    </w:p>
    <w:p w:rsidR="7C14C0D3" w:rsidP="7C14C0D3" w:rsidRDefault="7C14C0D3" w14:paraId="74F3C11C" w14:textId="64719119">
      <w:pPr>
        <w:spacing w:before="100" w:after="40"/>
        <w:rPr>
          <w:b w:val="1"/>
          <w:bCs w:val="1"/>
        </w:rPr>
      </w:pPr>
    </w:p>
    <w:p w:rsidR="7C14C0D3" w:rsidP="7C14C0D3" w:rsidRDefault="7C14C0D3" w14:paraId="350192E6" w14:textId="545672AE">
      <w:pPr>
        <w:spacing w:before="100" w:after="40"/>
        <w:rPr>
          <w:b w:val="1"/>
          <w:bCs w:val="1"/>
        </w:rPr>
      </w:pPr>
    </w:p>
    <w:p w:rsidR="00352EA5" w:rsidRDefault="0041212B" w14:paraId="00000085" w14:textId="77777777">
      <w:pPr>
        <w:spacing w:before="100" w:after="40"/>
      </w:pPr>
      <w:r>
        <w:rPr>
          <w:b/>
          <w:bCs/>
        </w:rPr>
        <w:t>Potencjalni odbiorcy / użytkownicy:</w:t>
      </w:r>
    </w:p>
    <w:p w:rsidR="00352EA5" w:rsidRDefault="0041212B" w14:paraId="00000086" w14:textId="77777777">
      <w:pPr>
        <w:spacing w:after="0"/>
        <w:ind w:left="227"/>
      </w:pPr>
      <w:r>
        <w:t>- ( ) wojsko / siły zbrojne</w:t>
      </w:r>
    </w:p>
    <w:p w:rsidR="00352EA5" w:rsidRDefault="0041212B" w14:paraId="00000087" w14:textId="77777777">
      <w:pPr>
        <w:spacing w:after="0"/>
        <w:ind w:left="227"/>
      </w:pPr>
      <w:r>
        <w:t>- ( ) administracja publiczna</w:t>
      </w:r>
    </w:p>
    <w:p w:rsidR="00352EA5" w:rsidRDefault="0041212B" w14:paraId="00000088" w14:textId="77777777">
      <w:pPr>
        <w:spacing w:after="0"/>
        <w:ind w:left="227"/>
      </w:pPr>
      <w:r>
        <w:t>- ( ) służby mundurowe</w:t>
      </w:r>
    </w:p>
    <w:p w:rsidR="00352EA5" w:rsidRDefault="0041212B" w14:paraId="00000089" w14:textId="77777777">
      <w:pPr>
        <w:spacing w:after="0"/>
        <w:ind w:left="227"/>
      </w:pPr>
      <w:r>
        <w:t>- ( ) przemysł obronny</w:t>
      </w:r>
    </w:p>
    <w:p w:rsidR="00352EA5" w:rsidRDefault="0041212B" w14:paraId="0000008A" w14:textId="77777777">
      <w:pPr>
        <w:spacing w:after="0"/>
        <w:ind w:left="227"/>
      </w:pPr>
      <w:r>
        <w:t>- ( ) infrastruktura krytyczna</w:t>
      </w:r>
    </w:p>
    <w:p w:rsidR="00352EA5" w:rsidRDefault="0041212B" w14:paraId="0000008B" w14:textId="77777777">
      <w:pPr>
        <w:spacing w:after="0"/>
        <w:ind w:left="227"/>
      </w:pPr>
      <w:r>
        <w:t>- ( ) firmy technologiczne</w:t>
      </w:r>
    </w:p>
    <w:p w:rsidR="00352EA5" w:rsidRDefault="0041212B" w14:paraId="0000008C" w14:textId="77777777">
      <w:pPr>
        <w:spacing w:after="0"/>
        <w:ind w:left="227"/>
      </w:pPr>
      <w:r>
        <w:t>- ( ) sektor cywilny / komercyjny</w:t>
      </w:r>
    </w:p>
    <w:p w:rsidR="00352EA5" w:rsidRDefault="0041212B" w14:paraId="0000008D" w14:textId="77777777">
      <w:pPr>
        <w:spacing w:after="0"/>
        <w:ind w:left="227"/>
      </w:pPr>
      <w:r>
        <w:t>- ( ) organizacje międzynarodowe</w:t>
      </w:r>
    </w:p>
    <w:p w:rsidR="00352EA5" w:rsidRDefault="0041212B" w14:paraId="0000008E" w14:textId="77777777">
      <w:pPr>
        <w:spacing w:after="0"/>
        <w:ind w:left="227"/>
      </w:pPr>
      <w:r>
        <w:t>- ( ) użytkownicy indywidualni</w:t>
      </w:r>
    </w:p>
    <w:p w:rsidR="00352EA5" w:rsidRDefault="0041212B" w14:paraId="0000008F" w14:textId="77777777">
      <w:pPr>
        <w:spacing w:after="0"/>
        <w:ind w:left="227"/>
      </w:pPr>
      <w:r>
        <w:t>- ( ) jeszcze nie wiem</w:t>
      </w:r>
    </w:p>
    <w:p w:rsidR="00352EA5" w:rsidRDefault="0041212B" w14:paraId="00000090" w14:textId="77777777">
      <w:pPr>
        <w:spacing w:after="0"/>
        <w:ind w:left="227"/>
      </w:pPr>
      <w:r w:rsidR="6A03F988">
        <w:rPr/>
        <w:t>- ( ) inni: ............................................................</w:t>
      </w:r>
    </w:p>
    <w:p w:rsidR="5CC7C2D9" w:rsidP="5CC7C2D9" w:rsidRDefault="5CC7C2D9" w14:paraId="6E7C912A" w14:textId="4109F226">
      <w:pPr>
        <w:spacing w:after="0"/>
        <w:ind w:left="227"/>
      </w:pPr>
    </w:p>
    <w:p w:rsidR="00352EA5" w:rsidRDefault="0041212B" w14:paraId="00000091" w14:textId="77777777">
      <w:pPr>
        <w:pStyle w:val="Heading1"/>
        <w:spacing w:before="200" w:after="80"/>
      </w:pPr>
      <w:r>
        <w:t>9. Zespół i kompetencje</w:t>
      </w:r>
    </w:p>
    <w:p w:rsidR="00352EA5" w:rsidRDefault="0041212B" w14:paraId="00000092" w14:textId="77777777">
      <w:pPr>
        <w:spacing w:before="100" w:after="40"/>
      </w:pPr>
      <w:r>
        <w:rPr>
          <w:b/>
          <w:bCs/>
        </w:rPr>
        <w:t>Proszę krótko opisać osoby zaangażowane w projekt oraz ich kompetencje.</w:t>
      </w:r>
      <w:r>
        <w:br/>
      </w:r>
      <w:r>
        <w:rPr>
          <w:i/>
          <w:iCs/>
          <w:sz w:val="18"/>
          <w:szCs w:val="18"/>
        </w:rPr>
        <w:t>maks. 1000 znaków ze spacjami</w:t>
      </w:r>
    </w:p>
    <w:p w:rsidR="00352EA5" w:rsidRDefault="0041212B" w14:paraId="00000093" w14:textId="77777777">
      <w:pPr>
        <w:spacing w:after="0"/>
      </w:pPr>
      <w:r>
        <w:t>................................................................................................................</w:t>
      </w:r>
    </w:p>
    <w:p w:rsidR="00352EA5" w:rsidRDefault="0041212B" w14:paraId="00000094" w14:textId="77777777">
      <w:pPr>
        <w:spacing w:after="0"/>
      </w:pPr>
      <w:r>
        <w:t>................................................................................................................</w:t>
      </w:r>
    </w:p>
    <w:p w:rsidR="00352EA5" w:rsidRDefault="0041212B" w14:paraId="00000095" w14:textId="77777777">
      <w:pPr>
        <w:spacing w:after="0"/>
      </w:pPr>
      <w:r>
        <w:t>................................................................................................................</w:t>
      </w:r>
    </w:p>
    <w:p w:rsidR="00352EA5" w:rsidRDefault="0041212B" w14:paraId="00000096" w14:textId="77777777">
      <w:pPr>
        <w:spacing w:after="0"/>
      </w:pPr>
      <w:r w:rsidR="6A03F988">
        <w:rPr/>
        <w:t>................................................................................................................</w:t>
      </w:r>
    </w:p>
    <w:p w:rsidR="5CC7C2D9" w:rsidP="5CC7C2D9" w:rsidRDefault="5CC7C2D9" w14:paraId="47657D8A" w14:textId="44F6B764">
      <w:pPr>
        <w:spacing w:before="100" w:after="40"/>
        <w:rPr>
          <w:b w:val="1"/>
          <w:bCs w:val="1"/>
        </w:rPr>
      </w:pPr>
    </w:p>
    <w:p w:rsidR="00352EA5" w:rsidRDefault="0041212B" w14:paraId="00000097" w14:textId="77777777">
      <w:pPr>
        <w:spacing w:before="100" w:after="40"/>
      </w:pPr>
      <w:r>
        <w:rPr>
          <w:b/>
          <w:bCs/>
        </w:rPr>
        <w:t>Jakich kompetencji brakuje obecnie w zespole?</w:t>
      </w:r>
    </w:p>
    <w:p w:rsidR="00352EA5" w:rsidRDefault="0041212B" w14:paraId="00000098" w14:textId="77777777">
      <w:pPr>
        <w:spacing w:after="0"/>
        <w:ind w:left="227"/>
      </w:pPr>
      <w:r>
        <w:t>- ( ) technologicznych</w:t>
      </w:r>
    </w:p>
    <w:p w:rsidR="00352EA5" w:rsidRDefault="0041212B" w14:paraId="00000099" w14:textId="77777777">
      <w:pPr>
        <w:spacing w:after="0"/>
        <w:ind w:left="227"/>
      </w:pPr>
      <w:r>
        <w:t>- ( ) biznesowych</w:t>
      </w:r>
    </w:p>
    <w:p w:rsidR="00352EA5" w:rsidRDefault="0041212B" w14:paraId="0000009A" w14:textId="77777777">
      <w:pPr>
        <w:spacing w:after="0"/>
        <w:ind w:left="227"/>
      </w:pPr>
      <w:r>
        <w:t>- ( ) sprzedażowych</w:t>
      </w:r>
    </w:p>
    <w:p w:rsidR="00352EA5" w:rsidRDefault="0041212B" w14:paraId="0000009B" w14:textId="77777777">
      <w:pPr>
        <w:spacing w:after="0"/>
        <w:ind w:left="227"/>
      </w:pPr>
      <w:r>
        <w:t>- ( ) prawnych / IP</w:t>
      </w:r>
    </w:p>
    <w:p w:rsidR="00352EA5" w:rsidRDefault="0041212B" w14:paraId="0000009C" w14:textId="77777777">
      <w:pPr>
        <w:spacing w:after="0"/>
        <w:ind w:left="227"/>
      </w:pPr>
      <w:r>
        <w:t>- ( ) finansowych / grantowych</w:t>
      </w:r>
    </w:p>
    <w:p w:rsidR="00352EA5" w:rsidRDefault="0041212B" w14:paraId="0000009D" w14:textId="77777777">
      <w:pPr>
        <w:spacing w:after="0"/>
        <w:ind w:left="227"/>
      </w:pPr>
      <w:r>
        <w:t>- ( ) defence / security / użytkownika końcowego</w:t>
      </w:r>
    </w:p>
    <w:p w:rsidR="00352EA5" w:rsidRDefault="0041212B" w14:paraId="0000009E" w14:textId="77777777">
      <w:pPr>
        <w:spacing w:after="0"/>
        <w:ind w:left="227"/>
      </w:pPr>
      <w:r>
        <w:t>- ( ) product / UX</w:t>
      </w:r>
    </w:p>
    <w:p w:rsidR="00352EA5" w:rsidRDefault="0041212B" w14:paraId="0000009F" w14:textId="77777777">
      <w:pPr>
        <w:spacing w:after="0"/>
        <w:ind w:left="227"/>
      </w:pPr>
      <w:r>
        <w:t>- ( ) komunikacyjnych / pitch</w:t>
      </w:r>
    </w:p>
    <w:p w:rsidR="00352EA5" w:rsidRDefault="0041212B" w14:paraId="000000A0" w14:textId="77777777">
      <w:pPr>
        <w:spacing w:after="0"/>
        <w:ind w:left="227"/>
      </w:pPr>
      <w:r w:rsidR="6A03F988">
        <w:rPr/>
        <w:t>- ( ) innych: ............................................................</w:t>
      </w:r>
    </w:p>
    <w:p w:rsidR="5CC7C2D9" w:rsidP="5CC7C2D9" w:rsidRDefault="5CC7C2D9" w14:paraId="03BBF497" w14:textId="7990AC54">
      <w:pPr>
        <w:pStyle w:val="Heading1"/>
        <w:spacing w:before="200" w:after="80"/>
      </w:pPr>
    </w:p>
    <w:p w:rsidR="00352EA5" w:rsidRDefault="0041212B" w14:paraId="000000A1" w14:textId="77777777">
      <w:pPr>
        <w:pStyle w:val="Heading1"/>
        <w:spacing w:before="200" w:after="80"/>
      </w:pPr>
      <w:r>
        <w:t>10. Oczekiwania wobec programu</w:t>
      </w:r>
    </w:p>
    <w:p w:rsidR="00352EA5" w:rsidRDefault="0041212B" w14:paraId="000000A2" w14:textId="77777777">
      <w:pPr>
        <w:spacing w:before="100" w:after="40"/>
      </w:pPr>
      <w:r>
        <w:rPr>
          <w:b/>
          <w:bCs/>
        </w:rPr>
        <w:t>Dlaczego chcecie Państwo wziąć udział w programie inkubacyjnym?</w:t>
      </w:r>
      <w:r>
        <w:br/>
      </w:r>
      <w:r>
        <w:rPr>
          <w:i/>
          <w:iCs/>
          <w:sz w:val="18"/>
          <w:szCs w:val="18"/>
        </w:rPr>
        <w:t>maks. 700 znaków ze spacjami</w:t>
      </w:r>
    </w:p>
    <w:p w:rsidR="00352EA5" w:rsidRDefault="0041212B" w14:paraId="000000A3" w14:textId="77777777">
      <w:pPr>
        <w:spacing w:after="0"/>
      </w:pPr>
      <w:r>
        <w:t>................................................................................................................</w:t>
      </w:r>
    </w:p>
    <w:p w:rsidR="00352EA5" w:rsidRDefault="0041212B" w14:paraId="000000A4" w14:textId="77777777">
      <w:pPr>
        <w:spacing w:after="0"/>
      </w:pPr>
      <w:r>
        <w:t>................................................................................................................</w:t>
      </w:r>
    </w:p>
    <w:p w:rsidR="00352EA5" w:rsidRDefault="0041212B" w14:paraId="000000A5" w14:textId="77777777">
      <w:pPr>
        <w:spacing w:after="0"/>
      </w:pPr>
      <w:r w:rsidR="52AB3B02">
        <w:rPr/>
        <w:t>................................................................................................................</w:t>
      </w:r>
    </w:p>
    <w:p w:rsidR="7C14C0D3" w:rsidP="7C14C0D3" w:rsidRDefault="7C14C0D3" w14:paraId="75C319CE" w14:textId="0B42BF71">
      <w:pPr>
        <w:spacing w:before="100" w:after="40"/>
        <w:rPr>
          <w:b w:val="1"/>
          <w:bCs w:val="1"/>
        </w:rPr>
      </w:pPr>
    </w:p>
    <w:p w:rsidR="7C14C0D3" w:rsidP="7C14C0D3" w:rsidRDefault="7C14C0D3" w14:paraId="7ACF180D" w14:textId="53231122">
      <w:pPr>
        <w:spacing w:before="100" w:after="40"/>
        <w:rPr>
          <w:b w:val="1"/>
          <w:bCs w:val="1"/>
        </w:rPr>
      </w:pPr>
    </w:p>
    <w:p w:rsidR="00352EA5" w:rsidRDefault="0041212B" w14:paraId="000000A6" w14:textId="77777777">
      <w:pPr>
        <w:spacing w:before="100" w:after="40"/>
      </w:pPr>
      <w:r>
        <w:rPr>
          <w:b/>
          <w:bCs/>
        </w:rPr>
        <w:t>Jakiego wsparcia najbardziej Państwo potrzebują?</w:t>
      </w:r>
    </w:p>
    <w:p w:rsidR="00352EA5" w:rsidRDefault="0041212B" w14:paraId="000000A7" w14:textId="77777777">
      <w:pPr>
        <w:spacing w:after="0"/>
        <w:ind w:left="227"/>
      </w:pPr>
      <w:r>
        <w:t>- ( ) doprecyzowanie problemu i użytkownika</w:t>
      </w:r>
    </w:p>
    <w:p w:rsidR="00352EA5" w:rsidRDefault="0041212B" w14:paraId="000000A8" w14:textId="77777777">
      <w:pPr>
        <w:spacing w:after="0"/>
        <w:ind w:left="227"/>
      </w:pPr>
      <w:r>
        <w:t>- ( ) ocena potencjału defence / dual-use</w:t>
      </w:r>
    </w:p>
    <w:p w:rsidR="00352EA5" w:rsidRDefault="0041212B" w14:paraId="000000A9" w14:textId="77777777">
      <w:pPr>
        <w:spacing w:after="0"/>
        <w:ind w:left="227"/>
      </w:pPr>
      <w:r>
        <w:t>- ( ) rozwój modelu biznesowego</w:t>
      </w:r>
    </w:p>
    <w:p w:rsidR="00352EA5" w:rsidRDefault="0041212B" w14:paraId="000000AA" w14:textId="77777777">
      <w:pPr>
        <w:spacing w:after="0"/>
        <w:ind w:left="227"/>
      </w:pPr>
      <w:r>
        <w:t>- ( ) komercjalizacja</w:t>
      </w:r>
    </w:p>
    <w:p w:rsidR="00352EA5" w:rsidRDefault="0041212B" w14:paraId="000000AB" w14:textId="77777777">
      <w:pPr>
        <w:spacing w:after="0"/>
        <w:ind w:left="227"/>
      </w:pPr>
      <w:r>
        <w:t>- ( ) kontakt z ekspertami / mentorami</w:t>
      </w:r>
    </w:p>
    <w:p w:rsidR="00352EA5" w:rsidRDefault="0041212B" w14:paraId="000000AC" w14:textId="77777777">
      <w:pPr>
        <w:spacing w:after="0"/>
        <w:ind w:left="227"/>
      </w:pPr>
      <w:r>
        <w:t>- ( ) kontakt z osobami z doświadczeniem wojskowym</w:t>
      </w:r>
    </w:p>
    <w:p w:rsidR="00352EA5" w:rsidRDefault="0041212B" w14:paraId="000000AD" w14:textId="77777777">
      <w:pPr>
        <w:spacing w:after="0"/>
        <w:ind w:left="227"/>
      </w:pPr>
      <w:r>
        <w:t>- ( ) kontakt z przemysłem / partnerami technologicznymi</w:t>
      </w:r>
    </w:p>
    <w:p w:rsidR="00352EA5" w:rsidRDefault="0041212B" w14:paraId="000000AE" w14:textId="77777777">
      <w:pPr>
        <w:spacing w:after="0"/>
        <w:ind w:left="227"/>
      </w:pPr>
      <w:r>
        <w:t>- ( ) finansowanie / granty / inwestorzy</w:t>
      </w:r>
    </w:p>
    <w:p w:rsidR="00352EA5" w:rsidRDefault="0041212B" w14:paraId="000000AF" w14:textId="77777777">
      <w:pPr>
        <w:spacing w:after="0"/>
        <w:ind w:left="227"/>
      </w:pPr>
      <w:r>
        <w:t>- ( ) kwestie prawne / IP / bezpieczeństwo informacji</w:t>
      </w:r>
    </w:p>
    <w:p w:rsidR="00352EA5" w:rsidRDefault="0041212B" w14:paraId="000000B0" w14:textId="77777777">
      <w:pPr>
        <w:spacing w:after="0"/>
        <w:ind w:left="227"/>
      </w:pPr>
      <w:r>
        <w:t>- ( ) przygotowanie pitchu / prezentacji</w:t>
      </w:r>
    </w:p>
    <w:p w:rsidR="00352EA5" w:rsidRDefault="0041212B" w14:paraId="000000B1" w14:textId="77777777">
      <w:pPr>
        <w:spacing w:after="0"/>
        <w:ind w:left="227"/>
      </w:pPr>
      <w:r>
        <w:t>- ( ) inne: ............................................................</w:t>
      </w:r>
    </w:p>
    <w:p w:rsidR="00352EA5" w:rsidRDefault="0041212B" w14:paraId="000000B2" w14:textId="77777777">
      <w:pPr>
        <w:spacing w:before="100" w:after="40"/>
      </w:pPr>
      <w:r>
        <w:rPr>
          <w:b/>
          <w:bCs/>
        </w:rPr>
        <w:t>Co chcielibyście osiągnąć do końca programu?</w:t>
      </w:r>
    </w:p>
    <w:p w:rsidR="00352EA5" w:rsidRDefault="0041212B" w14:paraId="000000B3" w14:textId="77777777">
      <w:pPr>
        <w:spacing w:after="0"/>
      </w:pPr>
      <w:r>
        <w:t>................................................................................................................</w:t>
      </w:r>
    </w:p>
    <w:p w:rsidR="00352EA5" w:rsidRDefault="0041212B" w14:paraId="000000B4" w14:textId="77777777">
      <w:pPr>
        <w:spacing w:after="0"/>
      </w:pPr>
      <w:r w:rsidR="6A03F988">
        <w:rPr/>
        <w:t>................................................................................................................</w:t>
      </w:r>
    </w:p>
    <w:p w:rsidR="5CC7C2D9" w:rsidP="5CC7C2D9" w:rsidRDefault="5CC7C2D9" w14:paraId="46C2C326" w14:textId="6BEBADCA">
      <w:pPr>
        <w:pStyle w:val="Heading1"/>
        <w:spacing w:before="200" w:after="80"/>
      </w:pPr>
    </w:p>
    <w:p w:rsidR="00352EA5" w:rsidRDefault="0041212B" w14:paraId="000000B5" w14:textId="77777777">
      <w:pPr>
        <w:pStyle w:val="Heading1"/>
        <w:spacing w:before="200" w:after="80"/>
      </w:pPr>
      <w:r>
        <w:t>11. Dostępność i udział w programie</w:t>
      </w:r>
    </w:p>
    <w:p w:rsidR="00352EA5" w:rsidRDefault="0041212B" w14:paraId="000000B6" w14:textId="77777777">
      <w:pPr>
        <w:spacing w:before="100" w:after="40"/>
      </w:pPr>
      <w:r>
        <w:rPr>
          <w:b/>
          <w:bCs/>
        </w:rPr>
        <w:t>Czy Aplikujący deklaruje gotowość do aktywnego udziału w programie?</w:t>
      </w:r>
    </w:p>
    <w:p w:rsidR="00352EA5" w:rsidRDefault="0041212B" w14:paraId="000000B7" w14:textId="77777777">
      <w:pPr>
        <w:spacing w:after="0"/>
        <w:ind w:left="227"/>
      </w:pPr>
      <w:r>
        <w:t>- ( ) tak</w:t>
      </w:r>
    </w:p>
    <w:p w:rsidR="00352EA5" w:rsidRDefault="0041212B" w14:paraId="000000B8" w14:textId="77777777">
      <w:pPr>
        <w:spacing w:after="0"/>
        <w:ind w:left="227"/>
      </w:pPr>
      <w:r>
        <w:t>- ( ) nie</w:t>
      </w:r>
    </w:p>
    <w:p w:rsidR="00352EA5" w:rsidRDefault="0041212B" w14:paraId="000000B9" w14:textId="77777777">
      <w:pPr>
        <w:spacing w:after="0"/>
        <w:ind w:left="227"/>
      </w:pPr>
      <w:r>
        <w:t>- ( ) nie wiem jeszcze</w:t>
      </w:r>
    </w:p>
    <w:p w:rsidR="00352EA5" w:rsidRDefault="0041212B" w14:paraId="000000BA" w14:textId="77777777">
      <w:pPr>
        <w:spacing w:before="100" w:after="40"/>
      </w:pPr>
      <w:r>
        <w:rPr>
          <w:b/>
          <w:bCs/>
        </w:rPr>
        <w:t>Czy Aplikujący deklaruje możliwość udziału w warsztatach, konsultacjach i spotkaniach projektowych?</w:t>
      </w:r>
    </w:p>
    <w:p w:rsidR="00352EA5" w:rsidRDefault="0041212B" w14:paraId="000000BB" w14:textId="77777777">
      <w:pPr>
        <w:spacing w:after="0"/>
        <w:ind w:left="227"/>
      </w:pPr>
      <w:r>
        <w:t>- ( ) tak</w:t>
      </w:r>
    </w:p>
    <w:p w:rsidR="00352EA5" w:rsidRDefault="0041212B" w14:paraId="000000BC" w14:textId="77777777">
      <w:pPr>
        <w:spacing w:after="0"/>
        <w:ind w:left="227"/>
      </w:pPr>
      <w:r>
        <w:t>- ( ) nie</w:t>
      </w:r>
    </w:p>
    <w:p w:rsidR="6A03F988" w:rsidP="5CC7C2D9" w:rsidRDefault="6A03F988" w14:paraId="4670E77B" w14:textId="4D2ADA8B">
      <w:pPr>
        <w:spacing w:after="0"/>
        <w:ind w:left="227"/>
      </w:pPr>
      <w:r w:rsidR="43BFE248">
        <w:rPr/>
        <w:t>- ( ) częściowo</w:t>
      </w:r>
    </w:p>
    <w:p w:rsidR="7C14C0D3" w:rsidP="7C14C0D3" w:rsidRDefault="7C14C0D3" w14:paraId="5A51B956" w14:textId="792EE988">
      <w:pPr>
        <w:spacing w:before="100" w:after="40"/>
        <w:rPr>
          <w:b w:val="1"/>
          <w:bCs w:val="1"/>
        </w:rPr>
      </w:pPr>
    </w:p>
    <w:p w:rsidR="7C14C0D3" w:rsidP="7C14C0D3" w:rsidRDefault="7C14C0D3" w14:paraId="78B4B86F" w14:textId="48B9B6D0">
      <w:pPr>
        <w:spacing w:before="100" w:after="40"/>
        <w:rPr>
          <w:b w:val="1"/>
          <w:bCs w:val="1"/>
        </w:rPr>
      </w:pPr>
    </w:p>
    <w:p w:rsidR="7C14C0D3" w:rsidP="7C14C0D3" w:rsidRDefault="7C14C0D3" w14:paraId="0C33EDAE" w14:textId="5EEC66D1">
      <w:pPr>
        <w:spacing w:before="100" w:after="40"/>
        <w:rPr>
          <w:b w:val="1"/>
          <w:bCs w:val="1"/>
        </w:rPr>
      </w:pPr>
    </w:p>
    <w:p w:rsidR="7C14C0D3" w:rsidP="7C14C0D3" w:rsidRDefault="7C14C0D3" w14:paraId="51323A03" w14:textId="0F66CB8F">
      <w:pPr>
        <w:spacing w:before="100" w:after="40"/>
        <w:rPr>
          <w:b w:val="1"/>
          <w:bCs w:val="1"/>
        </w:rPr>
      </w:pPr>
    </w:p>
    <w:p w:rsidR="00352EA5" w:rsidRDefault="0041212B" w14:paraId="000000BE" w14:textId="77777777">
      <w:pPr>
        <w:spacing w:before="100" w:after="40"/>
      </w:pPr>
      <w:r>
        <w:rPr>
          <w:b/>
          <w:bCs/>
        </w:rPr>
        <w:t>Czy chcecie Państwo załączyć dodatkowy materiał dotyczący projektu?</w:t>
      </w:r>
    </w:p>
    <w:p w:rsidR="00352EA5" w:rsidRDefault="0041212B" w14:paraId="000000BF" w14:textId="77777777">
      <w:pPr>
        <w:spacing w:after="0"/>
        <w:ind w:left="227"/>
      </w:pPr>
      <w:r>
        <w:t>- ( ) tak</w:t>
      </w:r>
    </w:p>
    <w:p w:rsidR="00352EA5" w:rsidRDefault="0041212B" w14:paraId="000000C0" w14:textId="77777777">
      <w:pPr>
        <w:spacing w:after="0"/>
        <w:ind w:left="227"/>
      </w:pPr>
      <w:r>
        <w:t>- ( ) nie</w:t>
      </w:r>
    </w:p>
    <w:p w:rsidR="00352EA5" w:rsidRDefault="0041212B" w14:paraId="000000C1" w14:textId="77777777">
      <w:pPr>
        <w:spacing w:before="100" w:after="40"/>
      </w:pPr>
      <w:r>
        <w:rPr>
          <w:b/>
          <w:bCs/>
        </w:rPr>
        <w:t>Załącznik:</w:t>
      </w:r>
    </w:p>
    <w:p w:rsidR="00352EA5" w:rsidRDefault="0041212B" w14:paraId="000000C2" w14:textId="77777777">
      <w:pPr>
        <w:spacing w:after="0"/>
      </w:pPr>
      <w:r w:rsidR="6A03F988">
        <w:rPr/>
        <w:t>................................................................................................................</w:t>
      </w:r>
    </w:p>
    <w:p w:rsidR="5CC7C2D9" w:rsidP="5CC7C2D9" w:rsidRDefault="5CC7C2D9" w14:paraId="2EC30759" w14:textId="41F6AD4D">
      <w:pPr>
        <w:pStyle w:val="Heading1"/>
        <w:spacing w:before="200" w:after="80"/>
      </w:pPr>
    </w:p>
    <w:p w:rsidR="00352EA5" w:rsidRDefault="0041212B" w14:paraId="000000C3" w14:textId="77777777">
      <w:pPr>
        <w:pStyle w:val="Heading1"/>
        <w:spacing w:before="200" w:after="80"/>
      </w:pPr>
      <w:r>
        <w:t>13. Oświadczenia</w:t>
      </w:r>
    </w:p>
    <w:p w:rsidR="00352EA5" w:rsidP="5CC7C2D9" w:rsidRDefault="0041212B" w14:paraId="000000C4" w14:textId="77777777">
      <w:pPr>
        <w:spacing w:before="100" w:after="40"/>
        <w:rPr>
          <w:b w:val="1"/>
          <w:bCs w:val="1"/>
          <w:sz w:val="21"/>
          <w:szCs w:val="21"/>
        </w:rPr>
      </w:pPr>
      <w:r w:rsidRPr="5CC7C2D9" w:rsidR="6A03F988">
        <w:rPr>
          <w:b w:val="1"/>
          <w:bCs w:val="1"/>
          <w:sz w:val="21"/>
          <w:szCs w:val="21"/>
        </w:rPr>
        <w:t>Proszę zaznaczyć:</w:t>
      </w:r>
    </w:p>
    <w:p w:rsidR="00352EA5" w:rsidP="5CC7C2D9" w:rsidRDefault="0041212B" w14:paraId="000000C5" w14:textId="77777777">
      <w:pPr>
        <w:spacing w:after="0"/>
        <w:ind w:left="227"/>
        <w:rPr>
          <w:sz w:val="21"/>
          <w:szCs w:val="21"/>
        </w:rPr>
      </w:pPr>
      <w:r w:rsidRPr="5CC7C2D9" w:rsidR="6A03F988">
        <w:rPr>
          <w:sz w:val="21"/>
          <w:szCs w:val="21"/>
        </w:rPr>
        <w:t>- ( ) Oświadczam, że podane w formularzu informacje są zgodne z prawdą.</w:t>
      </w:r>
    </w:p>
    <w:p w:rsidR="00352EA5" w:rsidP="5CC7C2D9" w:rsidRDefault="0041212B" w14:paraId="000000C6" w14:textId="77777777">
      <w:pPr>
        <w:spacing w:after="0"/>
        <w:ind w:left="227"/>
        <w:rPr>
          <w:sz w:val="21"/>
          <w:szCs w:val="21"/>
        </w:rPr>
      </w:pPr>
      <w:r w:rsidRPr="5CC7C2D9" w:rsidR="6A03F988">
        <w:rPr>
          <w:sz w:val="21"/>
          <w:szCs w:val="21"/>
        </w:rPr>
        <w:t>- ( ) Oświadczam, że Aplikujący jest osobą fizyczną, zespołem osób fizycznych rozwijającym pomysł, projekt lub rozwiązanie technologiczne.</w:t>
      </w:r>
    </w:p>
    <w:p w:rsidR="00352EA5" w:rsidP="5CC7C2D9" w:rsidRDefault="0041212B" w14:paraId="000000C7" w14:textId="77777777">
      <w:pPr>
        <w:spacing w:after="0"/>
        <w:ind w:left="227"/>
        <w:rPr>
          <w:sz w:val="21"/>
          <w:szCs w:val="21"/>
        </w:rPr>
      </w:pPr>
      <w:r w:rsidRPr="5CC7C2D9" w:rsidR="6A03F988">
        <w:rPr>
          <w:sz w:val="21"/>
          <w:szCs w:val="21"/>
        </w:rPr>
        <w:t>- ( ) Oświadczam, że projekt dotyczy lub może dotyczyć obszaru defence, dual-use, bezpieczeństwa, odporności państwa lub nowych technologii.</w:t>
      </w:r>
    </w:p>
    <w:p w:rsidR="00352EA5" w:rsidP="5CC7C2D9" w:rsidRDefault="0041212B" w14:paraId="000000C8" w14:textId="77777777">
      <w:pPr>
        <w:spacing w:after="0"/>
        <w:ind w:left="227"/>
        <w:rPr>
          <w:sz w:val="21"/>
          <w:szCs w:val="21"/>
        </w:rPr>
      </w:pPr>
      <w:r w:rsidRPr="5CC7C2D9" w:rsidR="6A03F988">
        <w:rPr>
          <w:sz w:val="21"/>
          <w:szCs w:val="21"/>
        </w:rPr>
        <w:t>- ( ) Oświadczam, że zapoznałem/am się z Regulaminem Programu i akceptuję jego postanowienia.</w:t>
      </w:r>
    </w:p>
    <w:p w:rsidR="00352EA5" w:rsidP="5CC7C2D9" w:rsidRDefault="0041212B" w14:paraId="000000C9" w14:textId="77777777">
      <w:pPr>
        <w:spacing w:after="0"/>
        <w:ind w:left="227"/>
        <w:rPr>
          <w:sz w:val="21"/>
          <w:szCs w:val="21"/>
        </w:rPr>
      </w:pPr>
      <w:r w:rsidRPr="5CC7C2D9" w:rsidR="6A03F988">
        <w:rPr>
          <w:sz w:val="21"/>
          <w:szCs w:val="21"/>
        </w:rPr>
        <w:t>- ( ) Oświadczam, że w przypadku zakwalifikowania do Programu Aplikujący zobowiązuje się do aktywnego udziału w warsztatach, konsultacjach, mentoringu i pracy nad projektem.</w:t>
      </w:r>
    </w:p>
    <w:p w:rsidR="00352EA5" w:rsidP="5CC7C2D9" w:rsidRDefault="0041212B" w14:paraId="000000CA" w14:textId="77777777">
      <w:pPr>
        <w:spacing w:after="0"/>
        <w:ind w:left="227"/>
        <w:rPr>
          <w:sz w:val="21"/>
          <w:szCs w:val="21"/>
        </w:rPr>
      </w:pPr>
      <w:r w:rsidRPr="5CC7C2D9" w:rsidR="6A03F988">
        <w:rPr>
          <w:sz w:val="21"/>
          <w:szCs w:val="21"/>
        </w:rPr>
        <w:t>- ( ) Przyjmuję do wiadomości, że liczba miejsc w Programie jest ograniczona, a złożenie formularza nie gwarantuje udziału w Programie.</w:t>
      </w:r>
    </w:p>
    <w:p w:rsidR="00352EA5" w:rsidP="5CC7C2D9" w:rsidRDefault="0041212B" w14:paraId="000000CB" w14:textId="77777777">
      <w:pPr>
        <w:spacing w:after="0"/>
        <w:ind w:left="227"/>
        <w:rPr>
          <w:sz w:val="21"/>
          <w:szCs w:val="21"/>
        </w:rPr>
      </w:pPr>
      <w:r w:rsidRPr="5CC7C2D9" w:rsidR="6A03F988">
        <w:rPr>
          <w:sz w:val="21"/>
          <w:szCs w:val="21"/>
        </w:rPr>
        <w:t>- ( ) Oświadczam, że Aplikujący posiada prawa do zgłaszanego projektu, pomysłu, technologii lub rozwiązania albo jest uprawniony do jego zgłoszenia do Programu.</w:t>
      </w:r>
    </w:p>
    <w:p w:rsidR="00352EA5" w:rsidP="5CC7C2D9" w:rsidRDefault="0041212B" w14:paraId="000000CC" w14:textId="77777777">
      <w:pPr>
        <w:spacing w:after="0"/>
        <w:ind w:left="227"/>
        <w:rPr>
          <w:sz w:val="21"/>
          <w:szCs w:val="21"/>
        </w:rPr>
      </w:pPr>
      <w:r w:rsidRPr="5CC7C2D9" w:rsidR="6A03F988">
        <w:rPr>
          <w:sz w:val="21"/>
          <w:szCs w:val="21"/>
        </w:rPr>
        <w:t>- ( ) Oświadczam, że zgłoszenie nie narusza praw osób trzecich, w tym praw własności intelektualnej.</w:t>
      </w:r>
    </w:p>
    <w:p w:rsidR="00352EA5" w:rsidP="5CC7C2D9" w:rsidRDefault="0041212B" w14:paraId="000000CD" w14:textId="77777777">
      <w:pPr>
        <w:spacing w:after="0"/>
        <w:ind w:left="227"/>
        <w:rPr>
          <w:sz w:val="21"/>
          <w:szCs w:val="21"/>
        </w:rPr>
      </w:pPr>
      <w:r w:rsidRPr="5CC7C2D9" w:rsidR="6A03F988">
        <w:rPr>
          <w:sz w:val="21"/>
          <w:szCs w:val="21"/>
        </w:rPr>
        <w:t>- ( ) Przyjmuję do wiadomości, że na etapie zgłoszenia nie należy przekazywać informacji poufnych, tajemnic ani informacji chronionych prawem, jeżeli ich ujawnienie wymagałoby zawarcia odrębnej umowy o poufności.</w:t>
      </w:r>
    </w:p>
    <w:p w:rsidR="00352EA5" w:rsidP="5CC7C2D9" w:rsidRDefault="0041212B" w14:paraId="000000CE" w14:textId="77777777">
      <w:pPr>
        <w:spacing w:after="0"/>
        <w:ind w:left="227"/>
        <w:rPr>
          <w:sz w:val="21"/>
          <w:szCs w:val="21"/>
        </w:rPr>
      </w:pPr>
      <w:r w:rsidRPr="5CC7C2D9" w:rsidR="6A03F988">
        <w:rPr>
          <w:sz w:val="21"/>
          <w:szCs w:val="21"/>
        </w:rPr>
        <w:t>- ( ) Zapoznałem/am się z poniższą informacją o przetwarzaniu danych osobowych</w:t>
      </w:r>
    </w:p>
    <w:p w:rsidR="00352EA5" w:rsidP="5CC7C2D9" w:rsidRDefault="00352EA5" w14:paraId="000000CF" w14:textId="77777777">
      <w:pPr>
        <w:spacing w:after="0"/>
        <w:ind w:left="227"/>
        <w:rPr>
          <w:sz w:val="21"/>
          <w:szCs w:val="21"/>
        </w:rPr>
      </w:pPr>
    </w:p>
    <w:p w:rsidR="00352EA5" w:rsidP="5CC7C2D9" w:rsidRDefault="0041212B" w14:paraId="000000D0" w14:textId="77777777">
      <w:pPr>
        <w:shd w:val="clear" w:color="auto" w:fill="FFFFFF" w:themeFill="background1"/>
        <w:spacing w:after="100"/>
        <w:jc w:val="both"/>
        <w:rPr>
          <w:sz w:val="21"/>
          <w:szCs w:val="21"/>
        </w:rPr>
      </w:pPr>
      <w:r w:rsidRPr="5CC7C2D9" w:rsidR="6A03F988">
        <w:rPr>
          <w:sz w:val="21"/>
          <w:szCs w:val="21"/>
        </w:rPr>
        <w:t xml:space="preserve">1. Administratorem danych osobowych Aplikujących i Uczestników jest Akademia Górniczo-Hutnicza im. Stanisława Staszica w Krakowie z siedzibą w Krakowie, al. A. Mickiewicza 30, 30-059 Kraków, zwana dalej „Administratorem”. </w:t>
      </w:r>
    </w:p>
    <w:p w:rsidR="00352EA5" w:rsidP="5CC7C2D9" w:rsidRDefault="0041212B" w14:paraId="000000D1" w14:textId="01C96507">
      <w:pPr>
        <w:shd w:val="clear" w:color="auto" w:fill="FFFFFF" w:themeFill="background1"/>
        <w:spacing w:after="100"/>
        <w:jc w:val="both"/>
        <w:rPr>
          <w:sz w:val="21"/>
          <w:szCs w:val="21"/>
        </w:rPr>
      </w:pPr>
      <w:r w:rsidRPr="5CC7C2D9" w:rsidR="6A03F988">
        <w:rPr>
          <w:sz w:val="21"/>
          <w:szCs w:val="21"/>
        </w:rPr>
        <w:t xml:space="preserve">2. Z Administratorem można kontaktować się pisemnie na adres siedziby lub za pośrednictwem adresu </w:t>
      </w:r>
      <w:r>
        <w:br/>
      </w:r>
      <w:r w:rsidRPr="5CC7C2D9" w:rsidR="6A03F988">
        <w:rPr>
          <w:sz w:val="21"/>
          <w:szCs w:val="21"/>
        </w:rPr>
        <w:t xml:space="preserve">e-mail wskazanego do kontaktu w sprawach Programu. Administrator wyznaczył Inspektora Ochrony Danych Osobowych, z którym można kontaktować się pod adresem siedziby lub e-mail: iodo@agh.edu.pl. </w:t>
      </w:r>
    </w:p>
    <w:p w:rsidR="00352EA5" w:rsidP="5CC7C2D9" w:rsidRDefault="0041212B" w14:paraId="000000D2" w14:textId="653507CA">
      <w:pPr>
        <w:shd w:val="clear" w:color="auto" w:fill="FFFFFF" w:themeFill="background1"/>
        <w:spacing w:after="100"/>
        <w:jc w:val="both"/>
        <w:rPr>
          <w:sz w:val="21"/>
          <w:szCs w:val="21"/>
        </w:rPr>
      </w:pPr>
      <w:r w:rsidRPr="7C14C0D3" w:rsidR="43BFE248">
        <w:rPr>
          <w:sz w:val="21"/>
          <w:szCs w:val="21"/>
        </w:rPr>
        <w:t xml:space="preserve">3. Dane osobowe przekazane w Aplikacji oraz w związku z udziałem w Programie będą przetwarzane </w:t>
      </w:r>
      <w:r>
        <w:br/>
      </w:r>
      <w:r w:rsidRPr="7C14C0D3" w:rsidR="43BFE248">
        <w:rPr>
          <w:sz w:val="21"/>
          <w:szCs w:val="21"/>
        </w:rPr>
        <w:t xml:space="preserve">w celu: </w:t>
      </w:r>
    </w:p>
    <w:p w:rsidR="7C14C0D3" w:rsidP="7C14C0D3" w:rsidRDefault="7C14C0D3" w14:paraId="08B7A5DA" w14:textId="582665B4">
      <w:pPr>
        <w:shd w:val="clear" w:color="auto" w:fill="FFFFFF" w:themeFill="background1"/>
        <w:spacing w:after="100"/>
        <w:jc w:val="both"/>
        <w:rPr>
          <w:sz w:val="21"/>
          <w:szCs w:val="21"/>
        </w:rPr>
      </w:pPr>
    </w:p>
    <w:p w:rsidR="7C14C0D3" w:rsidP="7C14C0D3" w:rsidRDefault="7C14C0D3" w14:paraId="6EC2B56D" w14:textId="22D0F6C3">
      <w:pPr>
        <w:shd w:val="clear" w:color="auto" w:fill="FFFFFF" w:themeFill="background1"/>
        <w:spacing w:after="100"/>
        <w:jc w:val="both"/>
        <w:rPr>
          <w:sz w:val="21"/>
          <w:szCs w:val="21"/>
        </w:rPr>
      </w:pPr>
    </w:p>
    <w:p w:rsidR="00352EA5" w:rsidP="5CC7C2D9" w:rsidRDefault="0041212B" w14:paraId="000000D3" w14:textId="77777777">
      <w:pPr>
        <w:shd w:val="clear" w:color="auto" w:fill="FFFFFF" w:themeFill="background1"/>
        <w:spacing w:after="100"/>
        <w:jc w:val="both"/>
        <w:rPr>
          <w:sz w:val="21"/>
          <w:szCs w:val="21"/>
        </w:rPr>
      </w:pPr>
      <w:r w:rsidRPr="5CC7C2D9" w:rsidR="6A03F988">
        <w:rPr>
          <w:sz w:val="21"/>
          <w:szCs w:val="21"/>
        </w:rPr>
        <w:t xml:space="preserve">a) przeprowadzenia naboru, oceny Aplikacji i kontaktu z Aplikującymi, dokumentowania i organizacji Programu (art. 6 ust. 1 lit. e RODO tj. przetwarzanie danych jest niezbędne do wykonania zadań realizowanych w interesie publicznym, jakie nakładają na uczelnie przepisy ustawy z dnia 20 lipca 2018 r. - Prawo o szkolnictwie wyższym i nauce);  </w:t>
      </w:r>
    </w:p>
    <w:p w:rsidR="00352EA5" w:rsidP="5CC7C2D9" w:rsidRDefault="0041212B" w14:paraId="000000D4" w14:textId="77777777">
      <w:pPr>
        <w:shd w:val="clear" w:color="auto" w:fill="FFFFFF" w:themeFill="background1"/>
        <w:spacing w:after="100"/>
        <w:jc w:val="both"/>
        <w:rPr>
          <w:sz w:val="21"/>
          <w:szCs w:val="21"/>
        </w:rPr>
      </w:pPr>
      <w:r w:rsidRPr="5CC7C2D9" w:rsidR="6A03F988">
        <w:rPr>
          <w:sz w:val="21"/>
          <w:szCs w:val="21"/>
        </w:rPr>
        <w:t xml:space="preserve">b) zawarcia i realizacji Umowy Inkubacyjnej z Uczestnikiem (art. 6 ust. 1 lit. b RODO tj. przetwarzanie jest niezbędne do wykonania umowy, której stroną jest osoba, której dane dotyczą);  </w:t>
      </w:r>
    </w:p>
    <w:p w:rsidR="00352EA5" w:rsidP="5CC7C2D9" w:rsidRDefault="0041212B" w14:paraId="000000D5" w14:textId="77777777">
      <w:pPr>
        <w:shd w:val="clear" w:color="auto" w:fill="FFFFFF" w:themeFill="background1"/>
        <w:spacing w:after="100"/>
        <w:jc w:val="both"/>
        <w:rPr>
          <w:sz w:val="21"/>
          <w:szCs w:val="21"/>
        </w:rPr>
      </w:pPr>
      <w:r w:rsidRPr="5CC7C2D9" w:rsidR="6A03F988">
        <w:rPr>
          <w:sz w:val="21"/>
          <w:szCs w:val="21"/>
        </w:rPr>
        <w:t xml:space="preserve">c) realizacji obowiązków prawnych, księgowych i archiwizacyjnych oraz ewentualnego ustalenia, dochodzenia lub obrony przed roszczeniami (art. 6 ust. 1 lit. c RODO tj. przetwarzanie jest niezbędne do wypełnienia obowiązku prawnego ciążącego na administratorze);  </w:t>
      </w:r>
    </w:p>
    <w:p w:rsidR="00352EA5" w:rsidP="5CC7C2D9" w:rsidRDefault="0041212B" w14:paraId="000000D6" w14:textId="204B69B7">
      <w:pPr>
        <w:shd w:val="clear" w:color="auto" w:fill="FFFFFF" w:themeFill="background1"/>
        <w:spacing w:after="100"/>
        <w:jc w:val="both"/>
        <w:rPr>
          <w:sz w:val="21"/>
          <w:szCs w:val="21"/>
        </w:rPr>
      </w:pPr>
      <w:r w:rsidRPr="5CC7C2D9" w:rsidR="6A03F988">
        <w:rPr>
          <w:sz w:val="21"/>
          <w:szCs w:val="21"/>
        </w:rPr>
        <w:t xml:space="preserve">4. Dane osobowe Uczestników mogą być również przetwarzane na podstawie zgody Uczestnika  – tj. </w:t>
      </w:r>
      <w:r>
        <w:br/>
      </w:r>
      <w:r w:rsidRPr="5CC7C2D9" w:rsidR="6A03F988">
        <w:rPr>
          <w:sz w:val="21"/>
          <w:szCs w:val="21"/>
        </w:rPr>
        <w:t xml:space="preserve">w trybie art. 6 ust. 1 lit. a RODO – w zakresie i dla celów określonych w oświadczeniu zgody, w tym </w:t>
      </w:r>
      <w:r>
        <w:br/>
      </w:r>
      <w:r w:rsidRPr="5CC7C2D9" w:rsidR="6A03F988">
        <w:rPr>
          <w:sz w:val="21"/>
          <w:szCs w:val="21"/>
        </w:rPr>
        <w:t xml:space="preserve">w szczególności w celu zapewnienia Administratorowi możliwości upublicznienia imienia i nazwiska, nazwy Projektu i jego krótkiego niepoufnego opisu oraz rozpowszechniania wizerunku, głosu lub wypowiedzi Uczestnika utrwalonych podczas działań Programu, </w:t>
      </w:r>
    </w:p>
    <w:p w:rsidR="00352EA5" w:rsidP="5CC7C2D9" w:rsidRDefault="0041212B" w14:paraId="000000D7" w14:textId="1C672D62">
      <w:pPr>
        <w:shd w:val="clear" w:color="auto" w:fill="FFFFFF" w:themeFill="background1"/>
        <w:spacing w:after="100"/>
        <w:jc w:val="both"/>
        <w:rPr>
          <w:sz w:val="21"/>
          <w:szCs w:val="21"/>
        </w:rPr>
      </w:pPr>
      <w:r w:rsidRPr="5CC7C2D9" w:rsidR="6A03F988">
        <w:rPr>
          <w:sz w:val="21"/>
          <w:szCs w:val="21"/>
        </w:rPr>
        <w:t xml:space="preserve">5. Podanie danych jest dobrowolne, lecz niezbędne do udziału w naborze i Programie. Odbiorcami danych mogą być podmioty uprawnione na podstawie prawa, pracownicy Administratora na podstawie wydanych upoważnień, instytucje nadzorujące lub kontrolujące realizację Programu, partnerzy Programu </w:t>
      </w:r>
      <w:r>
        <w:br/>
      </w:r>
      <w:r w:rsidRPr="5CC7C2D9" w:rsidR="6A03F988">
        <w:rPr>
          <w:sz w:val="21"/>
          <w:szCs w:val="21"/>
        </w:rPr>
        <w:t>w niezbędnym zakresie oraz podmioty przetwarzające dane na zlecenie Administratora, w szczególności dostawcy usług informatycznych, prawnych, księgowych, doradczych, organizacyjnych, promocyjnych lub technicznych na podst</w:t>
      </w:r>
      <w:r w:rsidRPr="5CC7C2D9" w:rsidR="6A03F988">
        <w:rPr>
          <w:sz w:val="21"/>
          <w:szCs w:val="21"/>
        </w:rPr>
        <w:t>awie umowy powierzenia przetwarzania danych osobowych.</w:t>
      </w:r>
      <w:r w:rsidRPr="5CC7C2D9" w:rsidR="6A03F988">
        <w:rPr>
          <w:sz w:val="21"/>
          <w:szCs w:val="21"/>
        </w:rPr>
        <w:t xml:space="preserve"> </w:t>
      </w:r>
    </w:p>
    <w:p w:rsidR="00352EA5" w:rsidP="5CC7C2D9" w:rsidRDefault="0041212B" w14:paraId="000000D8" w14:textId="77777777">
      <w:pPr>
        <w:shd w:val="clear" w:color="auto" w:fill="FFFFFF" w:themeFill="background1"/>
        <w:spacing w:after="100"/>
        <w:jc w:val="both"/>
        <w:rPr>
          <w:sz w:val="21"/>
          <w:szCs w:val="21"/>
        </w:rPr>
      </w:pPr>
      <w:r w:rsidRPr="5CC7C2D9" w:rsidR="6A03F988">
        <w:rPr>
          <w:sz w:val="21"/>
          <w:szCs w:val="21"/>
        </w:rPr>
        <w:t xml:space="preserve">6. Dane będą przetwarzane przez czas naboru i realizacji Programu oraz przez okres wymagany przepisami prawa i zasadami archiwizacji, nie krótszy niż 5 lat, chyba że dłuższy okres wynika z przepisów, wymogów instytucji finansujących lub potrzeby dochodzenia albo obrony przed roszczeniami. </w:t>
      </w:r>
    </w:p>
    <w:p w:rsidR="00352EA5" w:rsidP="5CC7C2D9" w:rsidRDefault="0041212B" w14:paraId="000000D9" w14:textId="77777777">
      <w:pPr>
        <w:shd w:val="clear" w:color="auto" w:fill="FFFFFF" w:themeFill="background1"/>
        <w:spacing w:after="100"/>
        <w:jc w:val="both"/>
        <w:rPr>
          <w:sz w:val="21"/>
          <w:szCs w:val="21"/>
        </w:rPr>
      </w:pPr>
      <w:r w:rsidRPr="5CC7C2D9" w:rsidR="6A03F988">
        <w:rPr>
          <w:sz w:val="21"/>
          <w:szCs w:val="21"/>
        </w:rPr>
        <w:t xml:space="preserve">7. Osobie, której dane dotyczą, przysługują - w przypadkach i na warunkach określonych w RODO - prawa dostępu do danych i otrzymania ich kopii, sprostowania, usunięcia, ograniczenia przetwarzania, sprzeciwu oraz przenoszenia danych. Prawa te można realizować poprzez kontakt z Administratorem lub Inspektorem Ochrony Danych Osobowych. </w:t>
      </w:r>
    </w:p>
    <w:p w:rsidR="00352EA5" w:rsidP="5CC7C2D9" w:rsidRDefault="0041212B" w14:paraId="000000DA" w14:textId="77777777">
      <w:pPr>
        <w:shd w:val="clear" w:color="auto" w:fill="FFFFFF" w:themeFill="background1"/>
        <w:spacing w:after="100"/>
        <w:jc w:val="both"/>
        <w:rPr>
          <w:sz w:val="21"/>
          <w:szCs w:val="21"/>
        </w:rPr>
      </w:pPr>
      <w:r w:rsidRPr="5CC7C2D9" w:rsidR="6A03F988">
        <w:rPr>
          <w:sz w:val="21"/>
          <w:szCs w:val="21"/>
        </w:rPr>
        <w:t xml:space="preserve">8. Osobie, której dane dotyczą przysługuje również prawo wniesienia skargi do organu nadzorczego – Prezesa Urzędu Ochrony Danych Osobowych w trybie art. 77 RODO.  </w:t>
      </w:r>
    </w:p>
    <w:p w:rsidR="00352EA5" w:rsidP="5CC7C2D9" w:rsidRDefault="0041212B" w14:paraId="000000DB" w14:textId="77777777">
      <w:pPr>
        <w:shd w:val="clear" w:color="auto" w:fill="FFFFFF" w:themeFill="background1"/>
        <w:spacing w:after="100"/>
        <w:jc w:val="both"/>
        <w:rPr>
          <w:sz w:val="21"/>
          <w:szCs w:val="21"/>
        </w:rPr>
      </w:pPr>
      <w:r w:rsidRPr="5CC7C2D9" w:rsidR="6A03F988">
        <w:rPr>
          <w:sz w:val="21"/>
          <w:szCs w:val="21"/>
        </w:rPr>
        <w:t xml:space="preserve">9. W związku z przetwarzaniem danych osobowych Aplikujący i Uczestnicy nie będą podlegali zautomatyzowanym procesom podejmowania decyzji, w tym profilowaniu.  </w:t>
      </w:r>
    </w:p>
    <w:p w:rsidR="00352EA5" w:rsidP="5CC7C2D9" w:rsidRDefault="0041212B" w14:paraId="000000DC" w14:textId="77777777">
      <w:pPr>
        <w:shd w:val="clear" w:color="auto" w:fill="FFFFFF" w:themeFill="background1"/>
        <w:spacing w:after="100"/>
        <w:jc w:val="both"/>
        <w:rPr>
          <w:color w:val="auto"/>
          <w:sz w:val="21"/>
          <w:szCs w:val="21"/>
        </w:rPr>
      </w:pPr>
      <w:r w:rsidRPr="5CC7C2D9" w:rsidR="6A03F988">
        <w:rPr>
          <w:sz w:val="21"/>
          <w:szCs w:val="21"/>
        </w:rPr>
        <w:t xml:space="preserve">10. Dane Aplikujących i Uczestników, nie będą przekazywane do organizacji międzynarodowych ani </w:t>
      </w:r>
      <w:r w:rsidRPr="5CC7C2D9" w:rsidR="6A03F988">
        <w:rPr>
          <w:color w:val="auto"/>
          <w:sz w:val="21"/>
          <w:szCs w:val="21"/>
        </w:rPr>
        <w:t xml:space="preserve">państw trzecich, chyba że będzie to niezbędne do realizacji Programu i nastąpi zgodnie z obowiązującymi przepisami prawa. </w:t>
      </w:r>
    </w:p>
    <w:p w:rsidR="00352EA5" w:rsidP="5CC7C2D9" w:rsidRDefault="00352EA5" w14:paraId="000000DD" w14:textId="77777777">
      <w:pPr>
        <w:spacing w:after="0"/>
        <w:ind w:left="227"/>
        <w:rPr>
          <w:color w:val="auto"/>
          <w:sz w:val="21"/>
          <w:szCs w:val="21"/>
          <w:highlight w:val="yellow"/>
        </w:rPr>
      </w:pPr>
    </w:p>
    <w:p w:rsidR="00352EA5" w:rsidP="5CC7C2D9" w:rsidRDefault="0041212B" w14:paraId="000000DE" w14:textId="7B85039D">
      <w:pPr>
        <w:spacing w:after="0"/>
        <w:ind w:left="227"/>
        <w:rPr>
          <w:color w:val="auto"/>
          <w:sz w:val="21"/>
          <w:szCs w:val="21"/>
        </w:rPr>
      </w:pPr>
      <w:r w:rsidRPr="5CC7C2D9" w:rsidR="6A03F988">
        <w:rPr>
          <w:color w:val="auto"/>
          <w:sz w:val="21"/>
          <w:szCs w:val="21"/>
        </w:rPr>
        <w:t xml:space="preserve">- ( ) Wyrażam zgodę na kontakt mailowy i/lub telefoniczny w sprawach związanych z naborem </w:t>
      </w:r>
      <w:r>
        <w:br/>
      </w:r>
      <w:r w:rsidRPr="5CC7C2D9" w:rsidR="6A03F988">
        <w:rPr>
          <w:color w:val="auto"/>
          <w:sz w:val="21"/>
          <w:szCs w:val="21"/>
        </w:rPr>
        <w:t>i Programem.</w:t>
      </w:r>
    </w:p>
    <w:p w:rsidR="00352EA5" w:rsidP="7C14C0D3" w:rsidRDefault="0041212B" w14:paraId="000000E0" w14:textId="24BC8FDA">
      <w:pPr>
        <w:spacing w:before="240" w:after="0"/>
        <w:ind w:left="227"/>
        <w:rPr>
          <w:rFonts w:ascii="Roboto" w:hAnsi="Roboto" w:eastAsia="Roboto" w:cs="Roboto"/>
          <w:color w:val="auto"/>
          <w:sz w:val="21"/>
          <w:szCs w:val="21"/>
        </w:rPr>
      </w:pPr>
      <w:r w:rsidRPr="7C14C0D3" w:rsidR="43BFE248">
        <w:rPr>
          <w:color w:val="auto"/>
          <w:sz w:val="21"/>
          <w:szCs w:val="21"/>
        </w:rPr>
        <w:t xml:space="preserve">- ( ) </w:t>
      </w:r>
      <w:r w:rsidRPr="7C14C0D3" w:rsidR="43BFE248">
        <w:rPr>
          <w:rFonts w:ascii="Roboto" w:hAnsi="Roboto" w:eastAsia="Roboto" w:cs="Roboto"/>
          <w:color w:val="auto"/>
          <w:sz w:val="21"/>
          <w:szCs w:val="21"/>
        </w:rPr>
        <w:t xml:space="preserve">Powyższe zgody można wycofać przesyłając oświadczenie w tej sprawie na adres </w:t>
      </w:r>
      <w:r>
        <w:br/>
      </w:r>
      <w:r w:rsidRPr="7C14C0D3" w:rsidR="43BFE248">
        <w:rPr>
          <w:rFonts w:ascii="Roboto" w:hAnsi="Roboto" w:eastAsia="Roboto" w:cs="Roboto"/>
          <w:color w:val="auto"/>
          <w:sz w:val="21"/>
          <w:szCs w:val="21"/>
        </w:rPr>
        <w:t xml:space="preserve">e-mail: </w:t>
      </w:r>
      <w:r w:rsidRPr="7C14C0D3" w:rsidR="43BFE248">
        <w:rPr>
          <w:rFonts w:ascii="Roboto" w:hAnsi="Roboto" w:eastAsia="Roboto" w:cs="Roboto"/>
          <w:color w:val="auto"/>
          <w:sz w:val="21"/>
          <w:szCs w:val="21"/>
        </w:rPr>
        <w:t>kontakt@fortkrakow.pl</w:t>
      </w:r>
    </w:p>
    <w:sectPr w:rsidR="00352EA5">
      <w:footerReference w:type="default" r:id="rId11"/>
      <w:pgSz w:w="12240" w:h="15840" w:orient="portrait"/>
      <w:pgMar w:top="1020" w:right="1134" w:bottom="1020" w:left="1134" w:header="720" w:footer="720" w:gutter="0"/>
      <w:pgNumType w:start="1"/>
      <w:cols w:equalWidth="1" w:space="720" w:num="1"/>
      <w:headerReference w:type="default" r:id="Ree99f0a9e26d4ccb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41212B" w:rsidRDefault="0041212B" w14:paraId="55F74BB1" w14:textId="77777777">
      <w:pPr>
        <w:spacing w:after="0" w:line="240" w:lineRule="auto"/>
      </w:pPr>
      <w:r>
        <w:separator/>
      </w:r>
    </w:p>
  </w:endnote>
  <w:endnote w:type="continuationSeparator" w:id="0">
    <w:p w:rsidR="0041212B" w:rsidRDefault="0041212B" w14:paraId="5900648A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w:fontKey="{626B5196-19F4-47DC-9DC5-1FCA15E79A7C}" r:id="rId1"/>
    <w:embedBold w:fontKey="{8D397D32-18DB-45F7-9850-E53DF46A51AF}" r:id="rId2"/>
    <w:embedItalic w:fontKey="{A9F31E1F-43BB-450B-98D2-D2E255D2E8CC}" r:id="rId3"/>
    <w:embedBoldItalic w:fontKey="{12F91940-E73C-41C3-BE98-7DE50DB055FE}" r:id="rId4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w:fontKey="{F4914790-46FD-42AE-88CD-51721A3CBA3C}" r:id="rId5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  <w:embedRegular w:fontKey="{04D8D0B1-CB49-4F95-93FC-B271674CE362}" r:id="rId6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w:fontKey="{EE2FA113-87E1-41ED-9286-470AC04E1CC2}" r:id="rId7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352EA5" w:rsidP="7C14C0D3" w:rsidRDefault="00352EA5" w14:paraId="26552DE8" w14:textId="615BF0E9">
    <w:pPr>
      <w:pStyle w:val="Footer"/>
      <w:tabs>
        <w:tab w:val="center" w:pos="4680"/>
        <w:tab w:val="right" w:pos="9360"/>
      </w:tabs>
      <w:spacing w:after="0" w:line="240" w:lineRule="auto"/>
      <w:jc w:val="center"/>
      <w:rPr>
        <w:rFonts w:ascii="Calibri" w:hAnsi="Calibri" w:eastAsia="Calibri" w:cs="Calibri"/>
        <w:b w:val="0"/>
        <w:bCs w:val="0"/>
        <w:i w:val="0"/>
        <w:iCs w:val="0"/>
        <w:caps w:val="0"/>
        <w:smallCaps w:val="0"/>
        <w:noProof w:val="0"/>
        <w:color w:val="000000" w:themeColor="text1" w:themeTint="FF" w:themeShade="FF"/>
        <w:sz w:val="18"/>
        <w:szCs w:val="18"/>
        <w:lang w:val="pl"/>
      </w:rPr>
    </w:pPr>
    <w:r w:rsidRPr="7C14C0D3" w:rsidR="7C14C0D3">
      <w:rPr>
        <w:rFonts w:ascii="Calibri" w:hAnsi="Calibri" w:eastAsia="Calibri" w:cs="Calibri"/>
        <w:b w:val="0"/>
        <w:bCs w:val="0"/>
        <w:i w:val="0"/>
        <w:iCs w:val="0"/>
        <w:caps w:val="0"/>
        <w:smallCaps w:val="0"/>
        <w:noProof w:val="0"/>
        <w:color w:val="000000" w:themeColor="text1" w:themeTint="FF" w:themeShade="FF"/>
        <w:sz w:val="18"/>
        <w:szCs w:val="18"/>
        <w:lang w:val="pl-PL"/>
      </w:rPr>
      <w:t xml:space="preserve">      </w:t>
    </w:r>
    <w:r w:rsidRPr="7C14C0D3" w:rsidR="7C14C0D3">
      <w:rPr>
        <w:rFonts w:ascii="Calibri" w:hAnsi="Calibri" w:eastAsia="Calibri" w:cs="Calibri"/>
        <w:b w:val="0"/>
        <w:bCs w:val="0"/>
        <w:i w:val="0"/>
        <w:iCs w:val="0"/>
        <w:caps w:val="0"/>
        <w:smallCaps w:val="0"/>
        <w:noProof w:val="0"/>
        <w:color w:val="000000" w:themeColor="text1" w:themeTint="FF" w:themeShade="FF"/>
        <w:sz w:val="18"/>
        <w:szCs w:val="18"/>
        <w:lang w:val="pl-PL"/>
      </w:rPr>
      <w:t xml:space="preserve">   Patronat Honorowy:     </w:t>
    </w:r>
  </w:p>
  <w:p w:rsidR="00352EA5" w:rsidP="7C14C0D3" w:rsidRDefault="00352EA5" w14:paraId="337D559C" w14:textId="7D7A1904">
    <w:pPr>
      <w:pStyle w:val="Normal"/>
      <w:tabs>
        <w:tab w:val="center" w:pos="4680"/>
        <w:tab w:val="right" w:pos="9360"/>
      </w:tabs>
      <w:spacing w:after="0" w:line="240" w:lineRule="auto"/>
      <w:jc w:val="center"/>
    </w:pPr>
    <w:r w:rsidR="7C14C0D3">
      <w:drawing>
        <wp:inline wp14:editId="0D421A9B" wp14:anchorId="33385082">
          <wp:extent cx="1358670" cy="477371"/>
          <wp:effectExtent l="0" t="0" r="0" b="0"/>
          <wp:docPr id="1687432703" name="drawing"/>
          <wp:cNvGraphicFramePr>
            <a:graphicFrameLocks noChangeAspect="1"/>
          </wp:cNvGraphicFramePr>
          <a:graphic>
            <a:graphicData xmlns:a="http://schemas.openxmlformats.org/drawingml/2006/main" uri="http://schemas.openxmlformats.org/drawingml/2006/picture">
              <pic:pic xmlns:pic="http://schemas.openxmlformats.org/drawingml/2006/picture">
                <pic:nvPicPr>
                  <pic:cNvPr id="1687432703" name="Picture 1687432703"/>
                  <pic:cNvPicPr/>
                </pic:nvPicPr>
                <pic:blipFill>
                  <a:blip xmlns:r="http://schemas.openxmlformats.org/officeDocument/2006/relationships" r:embed="rId1419513077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0">
                    <a:off x="0" y="0"/>
                    <a:ext cx="1358670" cy="47737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352EA5" w:rsidP="7C14C0D3" w:rsidRDefault="00352EA5" w14:paraId="000000E1" w14:textId="5D51D951">
    <w:pPr>
      <w:pStyle w:val="Normal"/>
      <w:tabs>
        <w:tab w:val="center" w:pos="4680"/>
        <w:tab w:val="right" w:pos="9360"/>
      </w:tabs>
      <w:spacing w:after="0" w:line="240" w:lineRule="auto"/>
      <w:rPr>
        <w:rFonts w:ascii="Calibri" w:hAnsi="Calibri" w:eastAsia="Calibri" w:cs="Calibri"/>
        <w:b w:val="0"/>
        <w:bCs w:val="0"/>
        <w:i w:val="0"/>
        <w:iCs w:val="0"/>
        <w:caps w:val="0"/>
        <w:smallCaps w:val="0"/>
        <w:noProof w:val="0"/>
        <w:color w:val="000000"/>
        <w:sz w:val="21"/>
        <w:szCs w:val="21"/>
        <w:lang w:val="p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41212B" w:rsidRDefault="0041212B" w14:paraId="36698D76" w14:textId="77777777">
      <w:pPr>
        <w:spacing w:after="0" w:line="240" w:lineRule="auto"/>
      </w:pPr>
      <w:r>
        <w:separator/>
      </w:r>
    </w:p>
  </w:footnote>
  <w:footnote w:type="continuationSeparator" w:id="0">
    <w:p w:rsidR="0041212B" w:rsidRDefault="0041212B" w14:paraId="549C231E" w14:textId="77777777">
      <w:pPr>
        <w:spacing w:after="0" w:line="240" w:lineRule="auto"/>
      </w:pPr>
      <w:r>
        <w:continuationSeparator/>
      </w:r>
    </w:p>
  </w:footnote>
</w:footnotes>
</file>

<file path=word/header.xml><?xml version="1.0" encoding="utf-8"?>
<w:hdr xmlns:w14="http://schemas.microsoft.com/office/word/2010/wordml" xmlns:wp="http://schemas.openxmlformats.org/drawingml/2006/wordprocessingDrawing" xmlns:wp14="http://schemas.microsoft.com/office/word/2010/wordprocessingDrawing" xmlns:a="http://schemas.openxmlformats.org/drawingml/2006/main" xmlns:pic="http://schemas.openxmlformats.org/drawingml/2006/picture" xmlns:r="http://schemas.openxmlformats.org/officeDocument/2006/relationships" xmlns:a14="http://schemas.microsoft.com/office/drawing/2010/main" xmlns:w="http://schemas.openxmlformats.org/wordprocessingml/2006/main">
  <w:p w:rsidR="18CC8F11" w:rsidP="7C14C0D3" w:rsidRDefault="18CC8F11" w14:paraId="4A97047E" w14:textId="53127621">
    <w:pPr>
      <w:pStyle w:val="Header"/>
      <w:suppressLineNumbers w:val="0"/>
      <w:bidi w:val="0"/>
      <w:spacing w:before="0" w:beforeAutospacing="off" w:after="0" w:afterAutospacing="off" w:line="240" w:lineRule="auto"/>
      <w:ind w:left="0" w:right="0"/>
      <w:jc w:val="right"/>
      <w:rPr>
        <w:rFonts w:ascii="Calibri" w:hAnsi="Calibri" w:eastAsia="Calibri" w:cs="Calibri"/>
        <w:b w:val="0"/>
        <w:bCs w:val="0"/>
        <w:i w:val="0"/>
        <w:iCs w:val="0"/>
        <w:caps w:val="0"/>
        <w:smallCaps w:val="0"/>
        <w:strike w:val="0"/>
        <w:dstrike w:val="0"/>
        <w:noProof w:val="0"/>
        <w:color w:val="000000" w:themeColor="text1" w:themeTint="FF" w:themeShade="FF"/>
        <w:sz w:val="20"/>
        <w:szCs w:val="20"/>
        <w:u w:val="none"/>
        <w:lang w:val="pl"/>
      </w:rPr>
    </w:pPr>
    <w:r w:rsidR="7C14C0D3">
      <w:drawing>
        <wp:inline wp14:editId="530ACD39" wp14:anchorId="36C1DA13">
          <wp:extent cx="1390650" cy="257175"/>
          <wp:effectExtent l="0" t="0" r="0" b="0"/>
          <wp:docPr id="825803354" name="drawing"/>
          <wp:cNvGraphicFramePr>
            <a:graphicFrameLocks noChangeAspect="1"/>
          </wp:cNvGraphicFramePr>
          <a:graphic>
            <a:graphicData xmlns:a="http://schemas.openxmlformats.org/drawingml/2006/main" uri="http://schemas.openxmlformats.org/drawingml/2006/picture">
              <pic:pic xmlns:pic="http://schemas.openxmlformats.org/drawingml/2006/picture">
                <pic:nvPicPr>
                  <pic:cNvPr id="825803354" name="Picture 825803354"/>
                  <pic:cNvPicPr/>
                </pic:nvPicPr>
                <pic:blipFill>
                  <a:blip xmlns:r="http://schemas.openxmlformats.org/officeDocument/2006/relationships" r:embed="rId96683945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0650" cy="2571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7C14C0D3">
      <w:rPr/>
      <w:t xml:space="preserve">   </w:t>
    </w:r>
    <w:r w:rsidR="7C14C0D3">
      <w:drawing>
        <wp:inline wp14:editId="0D7186EE" wp14:anchorId="37576BC7">
          <wp:extent cx="342900" cy="257175"/>
          <wp:effectExtent l="0" t="0" r="0" b="0"/>
          <wp:docPr id="650926143" name="drawing"/>
          <wp:cNvGraphicFramePr>
            <a:graphicFrameLocks noChangeAspect="1"/>
          </wp:cNvGraphicFramePr>
          <a:graphic>
            <a:graphicData xmlns:a="http://schemas.openxmlformats.org/drawingml/2006/main" uri="http://schemas.openxmlformats.org/drawingml/2006/picture">
              <pic:pic xmlns:pic="http://schemas.openxmlformats.org/drawingml/2006/picture">
                <pic:nvPicPr>
                  <pic:cNvPr id="650926143" name="Picture 650926143"/>
                  <pic:cNvPicPr/>
                </pic:nvPicPr>
                <pic:blipFill>
                  <a:blip xmlns:r="http://schemas.openxmlformats.org/officeDocument/2006/relationships" r:embed="rId1921534155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2900" cy="2571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7C14C0D3" w:rsidR="7C14C0D3">
      <w:rPr>
        <w:rFonts w:ascii="Calibri" w:hAnsi="Calibri" w:eastAsia="Calibri" w:cs="Calibri"/>
        <w:b w:val="0"/>
        <w:bCs w:val="0"/>
        <w:i w:val="0"/>
        <w:iCs w:val="0"/>
        <w:caps w:val="0"/>
        <w:smallCaps w:val="0"/>
        <w:strike w:val="0"/>
        <w:dstrike w:val="0"/>
        <w:noProof w:val="0"/>
        <w:color w:val="000000" w:themeColor="text1" w:themeTint="FF" w:themeShade="FF"/>
        <w:sz w:val="20"/>
        <w:szCs w:val="20"/>
        <w:u w:val="none"/>
        <w:lang w:val="pl"/>
      </w:rPr>
      <w:t xml:space="preserve">    </w:t>
    </w:r>
    <w:r w:rsidR="7C14C0D3">
      <w:drawing>
        <wp:inline wp14:editId="204D9D9F" wp14:anchorId="4D98C2A7">
          <wp:extent cx="200025" cy="247650"/>
          <wp:effectExtent l="0" t="0" r="0" b="0"/>
          <wp:docPr id="922156768" name="drawing"/>
          <wp:cNvGraphicFramePr>
            <a:graphicFrameLocks noChangeAspect="1"/>
          </wp:cNvGraphicFramePr>
          <a:graphic>
            <a:graphicData xmlns:a="http://schemas.openxmlformats.org/drawingml/2006/main" uri="http://schemas.openxmlformats.org/drawingml/2006/picture">
              <pic:pic xmlns:pic="http://schemas.openxmlformats.org/drawingml/2006/picture">
                <pic:nvPicPr>
                  <pic:cNvPr id="922156768" name="Picture 922156768"/>
                  <pic:cNvPicPr/>
                </pic:nvPicPr>
                <pic:blipFill>
                  <a:blip xmlns:r="http://schemas.openxmlformats.org/officeDocument/2006/relationships" r:embed="rId157483436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0025" cy="2476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br/>
    </w:r>
  </w:p>
  <w:p w:rsidR="16956DD7" w:rsidP="7C14C0D3" w:rsidRDefault="16956DD7" w14:paraId="4370BE9C" w14:textId="282A4B06">
    <w:pPr>
      <w:pStyle w:val="Header"/>
      <w:bidi w:val="0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8388F"/>
    <w:multiLevelType w:val="multilevel"/>
    <w:tmpl w:val="FFFFFFFF"/>
    <w:lvl w:ilvl="0">
      <w:start w:val="1"/>
      <w:numFmt w:val="decimal"/>
      <w:pStyle w:val="ListBullet3"/>
      <w:lvlText w:val="%1."/>
      <w:lvlJc w:val="left"/>
      <w:pPr>
        <w:ind w:left="720" w:hanging="720"/>
      </w:pPr>
    </w:lvl>
    <w:lvl w:ilvl="1">
      <w:start w:val="1"/>
      <w:numFmt w:val="decimal"/>
      <w:lvlText w:val="%2."/>
      <w:lvlJc w:val="left"/>
      <w:pPr>
        <w:ind w:left="1440" w:hanging="720"/>
      </w:pPr>
    </w:lvl>
    <w:lvl w:ilvl="2">
      <w:start w:val="1"/>
      <w:numFmt w:val="decimal"/>
      <w:lvlText w:val="%3."/>
      <w:lvlJc w:val="left"/>
      <w:pPr>
        <w:ind w:left="2160" w:hanging="720"/>
      </w:pPr>
    </w:lvl>
    <w:lvl w:ilvl="3">
      <w:start w:val="1"/>
      <w:numFmt w:val="decimal"/>
      <w:lvlText w:val="%4."/>
      <w:lvlJc w:val="left"/>
      <w:pPr>
        <w:ind w:left="2880" w:hanging="720"/>
      </w:pPr>
    </w:lvl>
    <w:lvl w:ilvl="4">
      <w:start w:val="1"/>
      <w:numFmt w:val="decimal"/>
      <w:lvlText w:val="%5."/>
      <w:lvlJc w:val="left"/>
      <w:pPr>
        <w:ind w:left="3600" w:hanging="720"/>
      </w:pPr>
    </w:lvl>
    <w:lvl w:ilvl="5">
      <w:start w:val="1"/>
      <w:numFmt w:val="decimal"/>
      <w:lvlText w:val="%6."/>
      <w:lvlJc w:val="left"/>
      <w:pPr>
        <w:ind w:left="4320" w:hanging="720"/>
      </w:pPr>
    </w:lvl>
    <w:lvl w:ilvl="6">
      <w:start w:val="1"/>
      <w:numFmt w:val="decimal"/>
      <w:lvlText w:val="%7."/>
      <w:lvlJc w:val="left"/>
      <w:pPr>
        <w:ind w:left="5040" w:hanging="720"/>
      </w:pPr>
    </w:lvl>
    <w:lvl w:ilvl="7">
      <w:start w:val="1"/>
      <w:numFmt w:val="decimal"/>
      <w:lvlText w:val="%8."/>
      <w:lvlJc w:val="left"/>
      <w:pPr>
        <w:ind w:left="5760" w:hanging="720"/>
      </w:pPr>
    </w:lvl>
    <w:lvl w:ilvl="8">
      <w:start w:val="1"/>
      <w:numFmt w:val="decimal"/>
      <w:lvlText w:val="%9."/>
      <w:lvlJc w:val="left"/>
      <w:pPr>
        <w:ind w:left="6480" w:hanging="720"/>
      </w:pPr>
    </w:lvl>
  </w:abstractNum>
  <w:abstractNum w:abstractNumId="1" w15:restartNumberingAfterBreak="0">
    <w:nsid w:val="10631E09"/>
    <w:multiLevelType w:val="multilevel"/>
    <w:tmpl w:val="FFFFFFFF"/>
    <w:lvl w:ilvl="0">
      <w:start w:val="1"/>
      <w:numFmt w:val="decimal"/>
      <w:pStyle w:val="ListNumber2"/>
      <w:lvlText w:val="%1."/>
      <w:lvlJc w:val="left"/>
      <w:pPr>
        <w:ind w:left="720" w:hanging="720"/>
      </w:pPr>
    </w:lvl>
    <w:lvl w:ilvl="1">
      <w:start w:val="1"/>
      <w:numFmt w:val="decimal"/>
      <w:lvlText w:val="%2."/>
      <w:lvlJc w:val="left"/>
      <w:pPr>
        <w:ind w:left="1440" w:hanging="720"/>
      </w:pPr>
    </w:lvl>
    <w:lvl w:ilvl="2">
      <w:start w:val="1"/>
      <w:numFmt w:val="decimal"/>
      <w:lvlText w:val="%3."/>
      <w:lvlJc w:val="left"/>
      <w:pPr>
        <w:ind w:left="2160" w:hanging="720"/>
      </w:pPr>
    </w:lvl>
    <w:lvl w:ilvl="3">
      <w:start w:val="1"/>
      <w:numFmt w:val="decimal"/>
      <w:lvlText w:val="%4."/>
      <w:lvlJc w:val="left"/>
      <w:pPr>
        <w:ind w:left="2880" w:hanging="720"/>
      </w:pPr>
    </w:lvl>
    <w:lvl w:ilvl="4">
      <w:start w:val="1"/>
      <w:numFmt w:val="decimal"/>
      <w:lvlText w:val="%5."/>
      <w:lvlJc w:val="left"/>
      <w:pPr>
        <w:ind w:left="3600" w:hanging="720"/>
      </w:pPr>
    </w:lvl>
    <w:lvl w:ilvl="5">
      <w:start w:val="1"/>
      <w:numFmt w:val="decimal"/>
      <w:lvlText w:val="%6."/>
      <w:lvlJc w:val="left"/>
      <w:pPr>
        <w:ind w:left="4320" w:hanging="720"/>
      </w:pPr>
    </w:lvl>
    <w:lvl w:ilvl="6">
      <w:start w:val="1"/>
      <w:numFmt w:val="decimal"/>
      <w:lvlText w:val="%7."/>
      <w:lvlJc w:val="left"/>
      <w:pPr>
        <w:ind w:left="5040" w:hanging="720"/>
      </w:pPr>
    </w:lvl>
    <w:lvl w:ilvl="7">
      <w:start w:val="1"/>
      <w:numFmt w:val="decimal"/>
      <w:lvlText w:val="%8."/>
      <w:lvlJc w:val="left"/>
      <w:pPr>
        <w:ind w:left="5760" w:hanging="720"/>
      </w:pPr>
    </w:lvl>
    <w:lvl w:ilvl="8">
      <w:start w:val="1"/>
      <w:numFmt w:val="decimal"/>
      <w:lvlText w:val="%9."/>
      <w:lvlJc w:val="left"/>
      <w:pPr>
        <w:ind w:left="6480" w:hanging="720"/>
      </w:pPr>
    </w:lvl>
  </w:abstractNum>
  <w:abstractNum w:abstractNumId="2" w15:restartNumberingAfterBreak="0">
    <w:nsid w:val="24D2FB79"/>
    <w:multiLevelType w:val="multilevel"/>
    <w:tmpl w:val="FFFFFFFF"/>
    <w:lvl w:ilvl="0">
      <w:start w:val="1"/>
      <w:numFmt w:val="decimal"/>
      <w:pStyle w:val="ListBullet"/>
      <w:lvlText w:val="%1."/>
      <w:lvlJc w:val="left"/>
      <w:pPr>
        <w:ind w:left="720" w:hanging="720"/>
      </w:pPr>
    </w:lvl>
    <w:lvl w:ilvl="1">
      <w:start w:val="1"/>
      <w:numFmt w:val="decimal"/>
      <w:lvlText w:val="%2."/>
      <w:lvlJc w:val="left"/>
      <w:pPr>
        <w:ind w:left="1440" w:hanging="720"/>
      </w:pPr>
    </w:lvl>
    <w:lvl w:ilvl="2">
      <w:start w:val="1"/>
      <w:numFmt w:val="decimal"/>
      <w:lvlText w:val="%3."/>
      <w:lvlJc w:val="left"/>
      <w:pPr>
        <w:ind w:left="2160" w:hanging="720"/>
      </w:pPr>
    </w:lvl>
    <w:lvl w:ilvl="3">
      <w:start w:val="1"/>
      <w:numFmt w:val="decimal"/>
      <w:lvlText w:val="%4."/>
      <w:lvlJc w:val="left"/>
      <w:pPr>
        <w:ind w:left="2880" w:hanging="720"/>
      </w:pPr>
    </w:lvl>
    <w:lvl w:ilvl="4">
      <w:start w:val="1"/>
      <w:numFmt w:val="decimal"/>
      <w:lvlText w:val="%5."/>
      <w:lvlJc w:val="left"/>
      <w:pPr>
        <w:ind w:left="3600" w:hanging="720"/>
      </w:pPr>
    </w:lvl>
    <w:lvl w:ilvl="5">
      <w:start w:val="1"/>
      <w:numFmt w:val="decimal"/>
      <w:lvlText w:val="%6."/>
      <w:lvlJc w:val="left"/>
      <w:pPr>
        <w:ind w:left="4320" w:hanging="720"/>
      </w:pPr>
    </w:lvl>
    <w:lvl w:ilvl="6">
      <w:start w:val="1"/>
      <w:numFmt w:val="decimal"/>
      <w:lvlText w:val="%7."/>
      <w:lvlJc w:val="left"/>
      <w:pPr>
        <w:ind w:left="5040" w:hanging="720"/>
      </w:pPr>
    </w:lvl>
    <w:lvl w:ilvl="7">
      <w:start w:val="1"/>
      <w:numFmt w:val="decimal"/>
      <w:lvlText w:val="%8."/>
      <w:lvlJc w:val="left"/>
      <w:pPr>
        <w:ind w:left="5760" w:hanging="720"/>
      </w:pPr>
    </w:lvl>
    <w:lvl w:ilvl="8">
      <w:start w:val="1"/>
      <w:numFmt w:val="decimal"/>
      <w:lvlText w:val="%9."/>
      <w:lvlJc w:val="left"/>
      <w:pPr>
        <w:ind w:left="6480" w:hanging="720"/>
      </w:pPr>
    </w:lvl>
  </w:abstractNum>
  <w:abstractNum w:abstractNumId="3" w15:restartNumberingAfterBreak="0">
    <w:nsid w:val="4A85943E"/>
    <w:multiLevelType w:val="multilevel"/>
    <w:tmpl w:val="FFFFFFFF"/>
    <w:lvl w:ilvl="0">
      <w:start w:val="1"/>
      <w:numFmt w:val="decimal"/>
      <w:pStyle w:val="ListBullet2"/>
      <w:lvlText w:val="%1."/>
      <w:lvlJc w:val="left"/>
      <w:pPr>
        <w:ind w:left="720" w:hanging="720"/>
      </w:pPr>
    </w:lvl>
    <w:lvl w:ilvl="1">
      <w:start w:val="1"/>
      <w:numFmt w:val="decimal"/>
      <w:lvlText w:val="%2."/>
      <w:lvlJc w:val="left"/>
      <w:pPr>
        <w:ind w:left="1440" w:hanging="720"/>
      </w:pPr>
    </w:lvl>
    <w:lvl w:ilvl="2">
      <w:start w:val="1"/>
      <w:numFmt w:val="decimal"/>
      <w:lvlText w:val="%3."/>
      <w:lvlJc w:val="left"/>
      <w:pPr>
        <w:ind w:left="2160" w:hanging="720"/>
      </w:pPr>
    </w:lvl>
    <w:lvl w:ilvl="3">
      <w:start w:val="1"/>
      <w:numFmt w:val="decimal"/>
      <w:lvlText w:val="%4."/>
      <w:lvlJc w:val="left"/>
      <w:pPr>
        <w:ind w:left="2880" w:hanging="720"/>
      </w:pPr>
    </w:lvl>
    <w:lvl w:ilvl="4">
      <w:start w:val="1"/>
      <w:numFmt w:val="decimal"/>
      <w:lvlText w:val="%5."/>
      <w:lvlJc w:val="left"/>
      <w:pPr>
        <w:ind w:left="3600" w:hanging="720"/>
      </w:pPr>
    </w:lvl>
    <w:lvl w:ilvl="5">
      <w:start w:val="1"/>
      <w:numFmt w:val="decimal"/>
      <w:lvlText w:val="%6."/>
      <w:lvlJc w:val="left"/>
      <w:pPr>
        <w:ind w:left="4320" w:hanging="720"/>
      </w:pPr>
    </w:lvl>
    <w:lvl w:ilvl="6">
      <w:start w:val="1"/>
      <w:numFmt w:val="decimal"/>
      <w:lvlText w:val="%7."/>
      <w:lvlJc w:val="left"/>
      <w:pPr>
        <w:ind w:left="5040" w:hanging="720"/>
      </w:pPr>
    </w:lvl>
    <w:lvl w:ilvl="7">
      <w:start w:val="1"/>
      <w:numFmt w:val="decimal"/>
      <w:lvlText w:val="%8."/>
      <w:lvlJc w:val="left"/>
      <w:pPr>
        <w:ind w:left="5760" w:hanging="720"/>
      </w:pPr>
    </w:lvl>
    <w:lvl w:ilvl="8">
      <w:start w:val="1"/>
      <w:numFmt w:val="decimal"/>
      <w:lvlText w:val="%9."/>
      <w:lvlJc w:val="left"/>
      <w:pPr>
        <w:ind w:left="6480" w:hanging="720"/>
      </w:pPr>
    </w:lvl>
  </w:abstractNum>
  <w:abstractNum w:abstractNumId="4" w15:restartNumberingAfterBreak="0">
    <w:nsid w:val="52A2E0E4"/>
    <w:multiLevelType w:val="multilevel"/>
    <w:tmpl w:val="FFFFFFFF"/>
    <w:lvl w:ilvl="0">
      <w:start w:val="1"/>
      <w:numFmt w:val="decimal"/>
      <w:pStyle w:val="ListNumber3"/>
      <w:lvlText w:val="%1."/>
      <w:lvlJc w:val="left"/>
      <w:pPr>
        <w:ind w:left="720" w:hanging="720"/>
      </w:pPr>
    </w:lvl>
    <w:lvl w:ilvl="1">
      <w:start w:val="1"/>
      <w:numFmt w:val="decimal"/>
      <w:lvlText w:val="%2."/>
      <w:lvlJc w:val="left"/>
      <w:pPr>
        <w:ind w:left="1440" w:hanging="720"/>
      </w:pPr>
    </w:lvl>
    <w:lvl w:ilvl="2">
      <w:start w:val="1"/>
      <w:numFmt w:val="decimal"/>
      <w:lvlText w:val="%3."/>
      <w:lvlJc w:val="left"/>
      <w:pPr>
        <w:ind w:left="2160" w:hanging="720"/>
      </w:pPr>
    </w:lvl>
    <w:lvl w:ilvl="3">
      <w:start w:val="1"/>
      <w:numFmt w:val="decimal"/>
      <w:lvlText w:val="%4."/>
      <w:lvlJc w:val="left"/>
      <w:pPr>
        <w:ind w:left="2880" w:hanging="720"/>
      </w:pPr>
    </w:lvl>
    <w:lvl w:ilvl="4">
      <w:start w:val="1"/>
      <w:numFmt w:val="decimal"/>
      <w:lvlText w:val="%5."/>
      <w:lvlJc w:val="left"/>
      <w:pPr>
        <w:ind w:left="3600" w:hanging="720"/>
      </w:pPr>
    </w:lvl>
    <w:lvl w:ilvl="5">
      <w:start w:val="1"/>
      <w:numFmt w:val="decimal"/>
      <w:lvlText w:val="%6."/>
      <w:lvlJc w:val="left"/>
      <w:pPr>
        <w:ind w:left="4320" w:hanging="720"/>
      </w:pPr>
    </w:lvl>
    <w:lvl w:ilvl="6">
      <w:start w:val="1"/>
      <w:numFmt w:val="decimal"/>
      <w:lvlText w:val="%7."/>
      <w:lvlJc w:val="left"/>
      <w:pPr>
        <w:ind w:left="5040" w:hanging="720"/>
      </w:pPr>
    </w:lvl>
    <w:lvl w:ilvl="7">
      <w:start w:val="1"/>
      <w:numFmt w:val="decimal"/>
      <w:lvlText w:val="%8."/>
      <w:lvlJc w:val="left"/>
      <w:pPr>
        <w:ind w:left="5760" w:hanging="720"/>
      </w:pPr>
    </w:lvl>
    <w:lvl w:ilvl="8">
      <w:start w:val="1"/>
      <w:numFmt w:val="decimal"/>
      <w:lvlText w:val="%9."/>
      <w:lvlJc w:val="left"/>
      <w:pPr>
        <w:ind w:left="6480" w:hanging="720"/>
      </w:pPr>
    </w:lvl>
  </w:abstractNum>
  <w:abstractNum w:abstractNumId="5" w15:restartNumberingAfterBreak="0">
    <w:nsid w:val="5BA6E5F7"/>
    <w:multiLevelType w:val="multilevel"/>
    <w:tmpl w:val="FFFFFFFF"/>
    <w:lvl w:ilvl="0">
      <w:start w:val="1"/>
      <w:numFmt w:val="decimal"/>
      <w:pStyle w:val="ListNumber"/>
      <w:lvlText w:val="%1."/>
      <w:lvlJc w:val="left"/>
      <w:pPr>
        <w:ind w:left="720" w:hanging="720"/>
      </w:pPr>
    </w:lvl>
    <w:lvl w:ilvl="1">
      <w:start w:val="1"/>
      <w:numFmt w:val="decimal"/>
      <w:lvlText w:val="%2."/>
      <w:lvlJc w:val="left"/>
      <w:pPr>
        <w:ind w:left="1440" w:hanging="720"/>
      </w:pPr>
    </w:lvl>
    <w:lvl w:ilvl="2">
      <w:start w:val="1"/>
      <w:numFmt w:val="decimal"/>
      <w:lvlText w:val="%3."/>
      <w:lvlJc w:val="left"/>
      <w:pPr>
        <w:ind w:left="2160" w:hanging="720"/>
      </w:pPr>
    </w:lvl>
    <w:lvl w:ilvl="3">
      <w:start w:val="1"/>
      <w:numFmt w:val="decimal"/>
      <w:lvlText w:val="%4."/>
      <w:lvlJc w:val="left"/>
      <w:pPr>
        <w:ind w:left="2880" w:hanging="720"/>
      </w:pPr>
    </w:lvl>
    <w:lvl w:ilvl="4">
      <w:start w:val="1"/>
      <w:numFmt w:val="decimal"/>
      <w:lvlText w:val="%5."/>
      <w:lvlJc w:val="left"/>
      <w:pPr>
        <w:ind w:left="3600" w:hanging="720"/>
      </w:pPr>
    </w:lvl>
    <w:lvl w:ilvl="5">
      <w:start w:val="1"/>
      <w:numFmt w:val="decimal"/>
      <w:lvlText w:val="%6."/>
      <w:lvlJc w:val="left"/>
      <w:pPr>
        <w:ind w:left="4320" w:hanging="720"/>
      </w:pPr>
    </w:lvl>
    <w:lvl w:ilvl="6">
      <w:start w:val="1"/>
      <w:numFmt w:val="decimal"/>
      <w:lvlText w:val="%7."/>
      <w:lvlJc w:val="left"/>
      <w:pPr>
        <w:ind w:left="5040" w:hanging="720"/>
      </w:pPr>
    </w:lvl>
    <w:lvl w:ilvl="7">
      <w:start w:val="1"/>
      <w:numFmt w:val="decimal"/>
      <w:lvlText w:val="%8."/>
      <w:lvlJc w:val="left"/>
      <w:pPr>
        <w:ind w:left="5760" w:hanging="720"/>
      </w:pPr>
    </w:lvl>
    <w:lvl w:ilvl="8">
      <w:start w:val="1"/>
      <w:numFmt w:val="decimal"/>
      <w:lvlText w:val="%9."/>
      <w:lvlJc w:val="left"/>
      <w:pPr>
        <w:ind w:left="6480" w:hanging="720"/>
      </w:pPr>
    </w:lvl>
  </w:abstractNum>
  <w:num w:numId="1" w16cid:durableId="1156384785">
    <w:abstractNumId w:val="2"/>
  </w:num>
  <w:num w:numId="2" w16cid:durableId="473260719">
    <w:abstractNumId w:val="3"/>
  </w:num>
  <w:num w:numId="3" w16cid:durableId="1593002661">
    <w:abstractNumId w:val="0"/>
  </w:num>
  <w:num w:numId="4" w16cid:durableId="2024741754">
    <w:abstractNumId w:val="5"/>
  </w:num>
  <w:num w:numId="5" w16cid:durableId="849956221">
    <w:abstractNumId w:val="1"/>
  </w:num>
  <w:num w:numId="6" w16cid:durableId="7414104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embedTrueTypeFonts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2EA5"/>
    <w:rsid w:val="00352EA5"/>
    <w:rsid w:val="0041212B"/>
    <w:rsid w:val="0088507D"/>
    <w:rsid w:val="0D195A37"/>
    <w:rsid w:val="0FEDDDA1"/>
    <w:rsid w:val="16956DD7"/>
    <w:rsid w:val="18CC8F11"/>
    <w:rsid w:val="1A9EB73D"/>
    <w:rsid w:val="1F725657"/>
    <w:rsid w:val="210B1ABC"/>
    <w:rsid w:val="2CA997D4"/>
    <w:rsid w:val="2EDFBC0B"/>
    <w:rsid w:val="43BFE248"/>
    <w:rsid w:val="43CA7B4D"/>
    <w:rsid w:val="44BCC7FC"/>
    <w:rsid w:val="460E62FC"/>
    <w:rsid w:val="4F4891F9"/>
    <w:rsid w:val="52AB3B02"/>
    <w:rsid w:val="52CBD6A3"/>
    <w:rsid w:val="5597306D"/>
    <w:rsid w:val="597392DC"/>
    <w:rsid w:val="5CC7C2D9"/>
    <w:rsid w:val="6A03F988"/>
    <w:rsid w:val="6BD0E364"/>
    <w:rsid w:val="72C2D738"/>
    <w:rsid w:val="746299EF"/>
    <w:rsid w:val="746ABE5E"/>
    <w:rsid w:val="77D8A223"/>
    <w:rsid w:val="794B369D"/>
    <w:rsid w:val="7C14C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F20CCB8"/>
  <w15:docId w15:val="{3F54EC45-27A9-47FD-8559-613C5EE51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hAnsi="Arial" w:eastAsia="Arial" w:cs="Arial"/>
        <w:lang w:val="pl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0"/>
      <w:outlineLvl w:val="0"/>
    </w:pPr>
    <w:rPr>
      <w:rFonts w:ascii="Calibri" w:hAnsi="Calibri" w:eastAsia="Calibri" w:cs="Calibri"/>
      <w:b/>
      <w:bCs/>
      <w:color w:val="366091"/>
      <w:sz w:val="26"/>
      <w:szCs w:val="26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1"/>
    </w:pPr>
    <w:rPr>
      <w:rFonts w:ascii="Calibri" w:hAnsi="Calibri" w:eastAsia="Calibri" w:cs="Calibri"/>
      <w:b/>
      <w:bCs/>
      <w:color w:val="4F81BD"/>
      <w:sz w:val="22"/>
      <w:szCs w:val="2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2"/>
    </w:pPr>
    <w:rPr>
      <w:rFonts w:ascii="Calibri" w:hAnsi="Calibri" w:eastAsia="Calibri" w:cs="Calibri"/>
      <w:b/>
      <w:bCs/>
      <w:color w:val="4F81BD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3"/>
    </w:pPr>
    <w:rPr>
      <w:rFonts w:ascii="Calibri" w:hAnsi="Calibri" w:eastAsia="Calibri" w:cs="Calibri"/>
      <w:b/>
      <w:bCs/>
      <w:i/>
      <w:iCs/>
      <w:color w:val="4F81BD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4"/>
    </w:pPr>
    <w:rPr>
      <w:rFonts w:ascii="Calibri" w:hAnsi="Calibri" w:eastAsia="Calibri" w:cs="Calibri"/>
      <w:color w:val="243F60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5"/>
    </w:pPr>
    <w:rPr>
      <w:rFonts w:ascii="Calibri" w:hAnsi="Calibri" w:eastAsia="Calibri" w:cs="Calibri"/>
      <w:i/>
      <w:iCs/>
      <w:color w:val="243F60"/>
    </w:rPr>
  </w:style>
  <w:style w:type="paragraph" w:styleId="Heading7">
    <w:name w:val="heading 7"/>
    <w:link w:val="Heading7Char"/>
    <w:uiPriority w:val="9"/>
    <w:semiHidden/>
    <w:unhideWhenUsed/>
    <w:qFormat/>
    <w:rsid w:val="6162CD0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Heading8">
    <w:name w:val="heading 8"/>
    <w:link w:val="Heading8Char"/>
    <w:uiPriority w:val="9"/>
    <w:semiHidden/>
    <w:unhideWhenUsed/>
    <w:qFormat/>
    <w:rsid w:val="6162CD0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</w:rPr>
  </w:style>
  <w:style w:type="paragraph" w:styleId="Heading9">
    <w:name w:val="heading 9"/>
    <w:link w:val="Heading9Char"/>
    <w:uiPriority w:val="9"/>
    <w:semiHidden/>
    <w:unhideWhenUsed/>
    <w:qFormat/>
    <w:rsid w:val="6162CD0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pBdr>
        <w:bottom w:val="single" w:color="4F81BD" w:sz="8" w:space="4"/>
      </w:pBdr>
      <w:spacing w:after="300" w:line="240" w:lineRule="auto"/>
    </w:pPr>
    <w:rPr>
      <w:rFonts w:ascii="Calibri" w:hAnsi="Calibri" w:eastAsia="Calibri" w:cs="Calibri"/>
      <w:b/>
      <w:bCs/>
      <w:color w:val="17365D"/>
      <w:sz w:val="32"/>
      <w:szCs w:val="32"/>
    </w:rPr>
  </w:style>
  <w:style w:type="table" w:styleId="NormalTable0" w:customStyle="1">
    <w:name w:val="Normal Table0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link w:val="HeaderChar"/>
    <w:uiPriority w:val="99"/>
    <w:unhideWhenUsed/>
    <w:rsid w:val="6162CD09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link w:val="FooterChar"/>
    <w:uiPriority w:val="99"/>
    <w:unhideWhenUsed/>
    <w:rsid w:val="6162CD09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styleId="Nagwek1Znak" w:customStyle="1">
    <w:name w:val="Nagłówek 1 Znak"/>
    <w:basedOn w:val="DefaultParagraphFont"/>
    <w:uiPriority w:val="9"/>
    <w:rsid w:val="00FC693F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Nagwek2Znak" w:customStyle="1">
    <w:name w:val="Nagłówek 2 Znak"/>
    <w:basedOn w:val="DefaultParagraphFont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Nagwek3Znak" w:customStyle="1">
    <w:name w:val="Nagłówek 3 Znak"/>
    <w:basedOn w:val="DefaultParagraphFont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TytuZnak" w:customStyle="1">
    <w:name w:val="Tytuł Znak"/>
    <w:basedOn w:val="DefaultParagraphFont"/>
    <w:uiPriority w:val="10"/>
    <w:rsid w:val="00FC693F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PodtytuZnak" w:customStyle="1">
    <w:name w:val="Podtytuł Znak"/>
    <w:basedOn w:val="DefaultParagraphFont"/>
    <w:uiPriority w:val="11"/>
    <w:rsid w:val="00FC693F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uiPriority w:val="34"/>
    <w:qFormat/>
    <w:rsid w:val="6162CD09"/>
    <w:pPr>
      <w:ind w:left="720"/>
      <w:contextualSpacing/>
    </w:pPr>
  </w:style>
  <w:style w:type="paragraph" w:styleId="BodyText">
    <w:name w:val="Body Text"/>
    <w:link w:val="BodyTextChar"/>
    <w:uiPriority w:val="99"/>
    <w:unhideWhenUsed/>
    <w:rsid w:val="6162CD09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link w:val="BodyText2Char"/>
    <w:uiPriority w:val="99"/>
    <w:unhideWhenUsed/>
    <w:rsid w:val="6162CD09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link w:val="BodyText3Char"/>
    <w:uiPriority w:val="99"/>
    <w:unhideWhenUsed/>
    <w:rsid w:val="6162CD09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uiPriority w:val="99"/>
    <w:unhideWhenUsed/>
    <w:rsid w:val="6162CD09"/>
    <w:pPr>
      <w:ind w:left="360" w:hanging="360"/>
      <w:contextualSpacing/>
    </w:pPr>
  </w:style>
  <w:style w:type="paragraph" w:styleId="List2">
    <w:name w:val="List 2"/>
    <w:uiPriority w:val="99"/>
    <w:unhideWhenUsed/>
    <w:rsid w:val="6162CD09"/>
    <w:pPr>
      <w:ind w:left="720" w:hanging="360"/>
      <w:contextualSpacing/>
    </w:pPr>
  </w:style>
  <w:style w:type="paragraph" w:styleId="List3">
    <w:name w:val="List 3"/>
    <w:uiPriority w:val="99"/>
    <w:unhideWhenUsed/>
    <w:rsid w:val="6162CD09"/>
    <w:pPr>
      <w:ind w:left="1080" w:hanging="360"/>
      <w:contextualSpacing/>
    </w:pPr>
  </w:style>
  <w:style w:type="paragraph" w:styleId="ListBullet">
    <w:name w:val="List Bullet"/>
    <w:uiPriority w:val="99"/>
    <w:unhideWhenUsed/>
    <w:rsid w:val="6162CD09"/>
    <w:pPr>
      <w:numPr>
        <w:numId w:val="1"/>
      </w:numPr>
      <w:contextualSpacing/>
    </w:pPr>
  </w:style>
  <w:style w:type="paragraph" w:styleId="ListBullet2">
    <w:name w:val="List Bullet 2"/>
    <w:uiPriority w:val="99"/>
    <w:unhideWhenUsed/>
    <w:rsid w:val="6162CD09"/>
    <w:pPr>
      <w:numPr>
        <w:numId w:val="2"/>
      </w:numPr>
      <w:contextualSpacing/>
    </w:pPr>
  </w:style>
  <w:style w:type="paragraph" w:styleId="ListBullet3">
    <w:name w:val="List Bullet 3"/>
    <w:uiPriority w:val="99"/>
    <w:unhideWhenUsed/>
    <w:rsid w:val="6162CD09"/>
    <w:pPr>
      <w:numPr>
        <w:numId w:val="3"/>
      </w:numPr>
      <w:contextualSpacing/>
    </w:pPr>
  </w:style>
  <w:style w:type="paragraph" w:styleId="ListNumber">
    <w:name w:val="List Number"/>
    <w:uiPriority w:val="99"/>
    <w:unhideWhenUsed/>
    <w:rsid w:val="6162CD09"/>
    <w:pPr>
      <w:numPr>
        <w:numId w:val="4"/>
      </w:numPr>
      <w:contextualSpacing/>
    </w:pPr>
  </w:style>
  <w:style w:type="paragraph" w:styleId="ListNumber2">
    <w:name w:val="List Number 2"/>
    <w:uiPriority w:val="99"/>
    <w:unhideWhenUsed/>
    <w:rsid w:val="6162CD09"/>
    <w:pPr>
      <w:numPr>
        <w:numId w:val="5"/>
      </w:numPr>
      <w:contextualSpacing/>
    </w:pPr>
  </w:style>
  <w:style w:type="paragraph" w:styleId="ListNumber3">
    <w:name w:val="List Number 3"/>
    <w:uiPriority w:val="99"/>
    <w:unhideWhenUsed/>
    <w:rsid w:val="6162CD09"/>
    <w:pPr>
      <w:numPr>
        <w:numId w:val="6"/>
      </w:numPr>
      <w:contextualSpacing/>
    </w:pPr>
  </w:style>
  <w:style w:type="paragraph" w:styleId="ListContinue">
    <w:name w:val="List Continue"/>
    <w:uiPriority w:val="99"/>
    <w:unhideWhenUsed/>
    <w:rsid w:val="6162CD09"/>
    <w:pPr>
      <w:spacing w:after="120"/>
      <w:ind w:left="360"/>
      <w:contextualSpacing/>
    </w:pPr>
  </w:style>
  <w:style w:type="paragraph" w:styleId="ListContinue2">
    <w:name w:val="List Continue 2"/>
    <w:uiPriority w:val="99"/>
    <w:unhideWhenUsed/>
    <w:rsid w:val="6162CD09"/>
    <w:pPr>
      <w:spacing w:after="120"/>
      <w:ind w:left="720"/>
      <w:contextualSpacing/>
    </w:pPr>
  </w:style>
  <w:style w:type="paragraph" w:styleId="ListContinue3">
    <w:name w:val="List Continue 3"/>
    <w:uiPriority w:val="99"/>
    <w:unhideWhenUsed/>
    <w:rsid w:val="6162CD09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link w:val="QuoteChar"/>
    <w:uiPriority w:val="29"/>
    <w:qFormat/>
    <w:rsid w:val="6162CD09"/>
    <w:rPr>
      <w:i/>
      <w:iCs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styleId="Nagwek4Znak" w:customStyle="1">
    <w:name w:val="Nagłówek 4 Znak"/>
    <w:basedOn w:val="DefaultParagraphFont"/>
    <w:uiPriority w:val="9"/>
    <w:semiHidden/>
    <w:rsid w:val="00FC693F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Nagwek5Znak" w:customStyle="1">
    <w:name w:val="Nagłówek 5 Znak"/>
    <w:basedOn w:val="DefaultParagraphFont"/>
    <w:uiPriority w:val="9"/>
    <w:semiHidden/>
    <w:rsid w:val="00FC693F"/>
    <w:rPr>
      <w:rFonts w:asciiTheme="majorHAnsi" w:hAnsiTheme="majorHAnsi" w:eastAsiaTheme="majorEastAsia" w:cstheme="majorBidi"/>
      <w:color w:val="243F60" w:themeColor="accent1" w:themeShade="7F"/>
    </w:rPr>
  </w:style>
  <w:style w:type="character" w:styleId="Nagwek6Znak" w:customStyle="1">
    <w:name w:val="Nagłówek 6 Znak"/>
    <w:basedOn w:val="DefaultParagraphFont"/>
    <w:uiPriority w:val="9"/>
    <w:semiHidden/>
    <w:rsid w:val="00FC693F"/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FC693F"/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uiPriority w:val="35"/>
    <w:semiHidden/>
    <w:unhideWhenUsed/>
    <w:qFormat/>
    <w:rsid w:val="6162CD09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link w:val="IntenseQuoteChar"/>
    <w:uiPriority w:val="30"/>
    <w:qFormat/>
    <w:rsid w:val="6162CD09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uiPriority w:val="39"/>
    <w:semiHidden/>
    <w:unhideWhenUsed/>
    <w:qFormat/>
    <w:rsid w:val="00FC693F"/>
  </w:style>
  <w:style w:type="table" w:styleId="TableGrid">
    <w:name w:val="Table Grid"/>
    <w:basedOn w:val="NormalTable0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LightShading">
    <w:name w:val="Light Shading"/>
    <w:basedOn w:val="NormalTable0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NormalTable0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NormalTable0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NormalTable0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NormalTable0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NormalTable0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NormalTable0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NormalTable0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NormalTable0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NormalTable0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NormalTable0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NormalTable0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NormalTable0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NormalTable0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NormalTable0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NormalTable0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NormalTable0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NormalTable0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NormalTable0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NormalTable0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NormalTable0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NormalTable0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NormalTable0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NormalTable0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NormalTable0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themeTint="BF" w:sz="8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themeTint="BF" w:sz="6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NormalTable0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NormalTable0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NormalTable0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NormalTable0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NormalTable0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NormalTable0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NormalTable0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NormalTable0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NormalTable0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NormalTable0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NormalTable0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NormalTable0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NormalTable0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NormalTable0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NormalTable0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NormalTable0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NormalTable0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NormalTable0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NormalTable0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NormalTable0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NormalTable0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NormalTable0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NormalTable0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NormalTable0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NormalTable0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NormalTable0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NormalTable0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NormalTable0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NormalTable0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NormalTable0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NormalTable0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NormalTable0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NormalTable0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NormalTable0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NormalTable0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NormalTable0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NormalTable0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NormalTable0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NormalTable0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NormalTable0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NormalTable0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NormalTable0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NormalTable0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NormalTable0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NormalTable0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NormalTable0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NormalTable0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NormalTable0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NormalTable0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NormalTable0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NormalTable0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NormalTable0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NormalTable0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themeShade="99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NormalTable0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themeShade="99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NormalTable0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themeShade="99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NormalTable0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themeShade="99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NormalTable0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themeShade="99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NormalTable0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themeShade="99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NormalTable0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themeShade="99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NormalTable0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NormalTable0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NormalTable0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NormalTable0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NormalTable0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NormalTable0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NormalTable0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NormalTable0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NormalTable0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NormalTable0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NormalTable0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NormalTable0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NormalTable0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NormalTable0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455036"/>
    <w:rPr>
      <w:sz w:val="16"/>
      <w:szCs w:val="16"/>
    </w:rPr>
  </w:style>
  <w:style w:type="paragraph" w:styleId="CommentText">
    <w:name w:val="annotation text"/>
    <w:link w:val="CommentTextChar"/>
    <w:uiPriority w:val="99"/>
    <w:semiHidden/>
    <w:unhideWhenUsed/>
    <w:rsid w:val="00455036"/>
    <w:pPr>
      <w:spacing w:line="240" w:lineRule="auto"/>
    </w:p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455036"/>
    <w:rPr>
      <w:rFonts w:ascii="Arial" w:hAnsi="Arial" w:eastAsia="Arial"/>
      <w:sz w:val="20"/>
      <w:szCs w:val="20"/>
      <w:lang w:val="pl-P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55036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455036"/>
    <w:rPr>
      <w:rFonts w:ascii="Arial" w:hAnsi="Arial" w:eastAsia="Arial"/>
      <w:b/>
      <w:bCs/>
      <w:sz w:val="20"/>
      <w:szCs w:val="20"/>
      <w:lang w:val="pl-PL"/>
    </w:rPr>
  </w:style>
  <w:style w:type="paragraph" w:styleId="BalloonText">
    <w:name w:val="Balloon Text"/>
    <w:link w:val="BalloonTextChar"/>
    <w:uiPriority w:val="99"/>
    <w:semiHidden/>
    <w:unhideWhenUsed/>
    <w:rsid w:val="004550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455036"/>
    <w:rPr>
      <w:rFonts w:ascii="Segoe UI" w:hAnsi="Segoe UI" w:eastAsia="Arial" w:cs="Segoe UI"/>
      <w:sz w:val="18"/>
      <w:szCs w:val="18"/>
      <w:lang w:val="pl-PL"/>
    </w:rPr>
  </w:style>
  <w:style w:type="paragraph" w:styleId="Subtitle">
    <w:name w:val="Subtitle"/>
    <w:basedOn w:val="Normal"/>
    <w:next w:val="Normal"/>
    <w:uiPriority w:val="11"/>
    <w:qFormat/>
    <w:rPr>
      <w:rFonts w:ascii="Calibri" w:hAnsi="Calibri" w:eastAsia="Calibri" w:cs="Calibri"/>
      <w:i/>
      <w:iCs/>
      <w:color w:val="4F81BD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footer" Target="foot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header" Target="header.xml" Id="Ree99f0a9e26d4ccb" 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&#65279;<?xml version="1.0" encoding="utf-8"?><Relationships xmlns="http://schemas.openxmlformats.org/package/2006/relationships"><Relationship Type="http://schemas.openxmlformats.org/officeDocument/2006/relationships/image" Target="/media/imagea.png" Id="rId1419513077" /></Relationships>
</file>

<file path=word/_rels/header.xml.rels>&#65279;<?xml version="1.0" encoding="utf-8"?><Relationships xmlns="http://schemas.openxmlformats.org/package/2006/relationships"><Relationship Type="http://schemas.openxmlformats.org/officeDocument/2006/relationships/image" Target="/media/image7.png" Id="rId96683945" /><Relationship Type="http://schemas.openxmlformats.org/officeDocument/2006/relationships/image" Target="/media/image8.png" Id="rId1921534155" /><Relationship Type="http://schemas.openxmlformats.org/officeDocument/2006/relationships/image" Target="/media/image9.png" Id="rId157483436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245072C7ADCAB49A74A2F0363A0CC1F" ma:contentTypeVersion="13" ma:contentTypeDescription="Utwórz nowy dokument." ma:contentTypeScope="" ma:versionID="64d16122124a2169fe1427c147ad5e1d">
  <xsd:schema xmlns:xsd="http://www.w3.org/2001/XMLSchema" xmlns:xs="http://www.w3.org/2001/XMLSchema" xmlns:p="http://schemas.microsoft.com/office/2006/metadata/properties" xmlns:ns2="f5a06aaa-9f19-4bc1-8b03-7d2560c436a6" xmlns:ns3="72225104-8ac3-4eca-9d43-5f151efdee1f" targetNamespace="http://schemas.microsoft.com/office/2006/metadata/properties" ma:root="true" ma:fieldsID="94ad76484a2f0dbd41b5a5e43e6aba13" ns2:_="" ns3:_="">
    <xsd:import namespace="f5a06aaa-9f19-4bc1-8b03-7d2560c436a6"/>
    <xsd:import namespace="72225104-8ac3-4eca-9d43-5f151efdee1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a06aaa-9f19-4bc1-8b03-7d2560c436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Tagi obrazów" ma:readOnly="false" ma:fieldId="{5cf76f15-5ced-4ddc-b409-7134ff3c332f}" ma:taxonomyMulti="true" ma:sspId="b7b31e59-74a4-4436-bc03-9931855e0d9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225104-8ac3-4eca-9d43-5f151efdee1f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91c1b70a-1b15-4f36-b79f-f3658686005e}" ma:internalName="TaxCatchAll" ma:showField="CatchAllData" ma:web="72225104-8ac3-4eca-9d43-5f151efdee1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WyW9pPOAdaMoFTvzqJ3u+qf5L3w==">CgMxLjAyDWgucXZsajB2ZHlibHY4AHIhMTZKbzFsWU9aeHRtc3l3b1JvVHRSbTc1N2Jwalk0Snk4</go:docsCustomData>
</go:gDocsCustomXmlDataStorage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2225104-8ac3-4eca-9d43-5f151efdee1f" xsi:nil="true"/>
    <lcf76f155ced4ddcb4097134ff3c332f xmlns="f5a06aaa-9f19-4bc1-8b03-7d2560c436a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646DA43-D52D-476D-B65F-858F944B4E8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38CD534-6EC9-40C1-BFB3-E972EE9C8F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5a06aaa-9f19-4bc1-8b03-7d2560c436a6"/>
    <ds:schemaRef ds:uri="72225104-8ac3-4eca-9d43-5f151efdee1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4.xml><?xml version="1.0" encoding="utf-8"?>
<ds:datastoreItem xmlns:ds="http://schemas.openxmlformats.org/officeDocument/2006/customXml" ds:itemID="{656AF19F-0A37-4974-BB85-01A65E85F939}">
  <ds:schemaRefs>
    <ds:schemaRef ds:uri="http://schemas.microsoft.com/office/2006/metadata/properties"/>
    <ds:schemaRef ds:uri="http://schemas.microsoft.com/office/infopath/2007/PartnerControls"/>
    <ds:schemaRef ds:uri="72225104-8ac3-4eca-9d43-5f151efdee1f"/>
    <ds:schemaRef ds:uri="f5a06aaa-9f19-4bc1-8b03-7d2560c436a6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python-docx</dc:creator>
  <lastModifiedBy>Katarzyna Kasztelewicz</lastModifiedBy>
  <revision>9</revision>
  <dcterms:created xsi:type="dcterms:W3CDTF">2026-09-29T08:11:00.0000000Z</dcterms:created>
  <dcterms:modified xsi:type="dcterms:W3CDTF">2026-10-05T14:13:58.1851667Z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0x0101002245072C7ADCAB49A74A2F0363A0CC1F</vt:lpwstr>
  </property>
  <property fmtid="{D5CDD505-2E9C-101B-9397-08002B2CF9AE}" pid="3" name="MediaServiceImageTags">
    <vt:lpwstr/>
  </property>
</Properties>
</file>